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3AC9BE" w14:textId="77777777" w:rsidR="00CC41ED" w:rsidRPr="00604CBD" w:rsidRDefault="00000000" w:rsidP="00604CBD">
      <w:pPr>
        <w:pStyle w:val="Titel"/>
        <w:rPr>
          <w:color w:val="000000" w:themeColor="text1"/>
        </w:rPr>
      </w:pPr>
      <w:r w:rsidRPr="00604CBD">
        <w:rPr>
          <w:color w:val="000000" w:themeColor="text1"/>
        </w:rPr>
        <w:t>Deelnameovereenkomst vmbo-keuzevak op het mbo</w:t>
      </w:r>
    </w:p>
    <w:p w14:paraId="6BE3AFE4" w14:textId="77777777" w:rsidR="00CC41ED" w:rsidRPr="00604CBD" w:rsidRDefault="00000000" w:rsidP="00604CBD">
      <w:pPr>
        <w:pStyle w:val="Kop1"/>
      </w:pPr>
      <w:proofErr w:type="spellStart"/>
      <w:r w:rsidRPr="00604CBD">
        <w:t>Waarom</w:t>
      </w:r>
      <w:proofErr w:type="spellEnd"/>
      <w:r w:rsidRPr="00604CBD">
        <w:t xml:space="preserve"> </w:t>
      </w:r>
      <w:proofErr w:type="spellStart"/>
      <w:r w:rsidRPr="00604CBD">
        <w:t>krijgt</w:t>
      </w:r>
      <w:proofErr w:type="spellEnd"/>
      <w:r w:rsidRPr="00604CBD">
        <w:t xml:space="preserve"> u </w:t>
      </w:r>
      <w:proofErr w:type="spellStart"/>
      <w:r w:rsidRPr="00604CBD">
        <w:t>dit</w:t>
      </w:r>
      <w:proofErr w:type="spellEnd"/>
      <w:r w:rsidRPr="00604CBD">
        <w:t xml:space="preserve"> document?</w:t>
      </w:r>
    </w:p>
    <w:p w14:paraId="18DFAFF2" w14:textId="77777777" w:rsidR="00CC41ED" w:rsidRPr="00604CBD" w:rsidRDefault="00000000" w:rsidP="00604CBD">
      <w:proofErr w:type="spellStart"/>
      <w:r w:rsidRPr="00604CBD">
        <w:t>Uw</w:t>
      </w:r>
      <w:proofErr w:type="spellEnd"/>
      <w:r w:rsidRPr="00604CBD">
        <w:t xml:space="preserve"> kind </w:t>
      </w:r>
      <w:proofErr w:type="spellStart"/>
      <w:r w:rsidRPr="00604CBD">
        <w:t>gaat</w:t>
      </w:r>
      <w:proofErr w:type="spellEnd"/>
      <w:r w:rsidRPr="00604CBD">
        <w:t xml:space="preserve"> </w:t>
      </w:r>
      <w:proofErr w:type="spellStart"/>
      <w:r w:rsidRPr="00604CBD">
        <w:t>binnenkort</w:t>
      </w:r>
      <w:proofErr w:type="spellEnd"/>
      <w:r w:rsidRPr="00604CBD">
        <w:t xml:space="preserve"> een vmbo-keuzevak volgen op een mbo-locatie. Dit keuzevak hoort bij het onderwijsprogramma van onze school. Het telt mee voor het schoolexamen.</w:t>
      </w:r>
    </w:p>
    <w:p w14:paraId="586DA2F7" w14:textId="77777777" w:rsidR="00CC41ED" w:rsidRPr="00604CBD" w:rsidRDefault="00000000" w:rsidP="00604CBD">
      <w:r w:rsidRPr="00604CBD">
        <w:t>In dit document leest u welke afspraken gelden. Ook leest u wat wij van u en uw kind vragen.</w:t>
      </w:r>
    </w:p>
    <w:p w14:paraId="0111C596" w14:textId="77777777" w:rsidR="00CC41ED" w:rsidRPr="00604CBD" w:rsidRDefault="00000000" w:rsidP="00604CBD">
      <w:pPr>
        <w:pStyle w:val="Kop2"/>
      </w:pPr>
      <w:r w:rsidRPr="00604CBD">
        <w:t xml:space="preserve">Wat </w:t>
      </w:r>
      <w:proofErr w:type="spellStart"/>
      <w:r w:rsidRPr="00604CBD">
        <w:t>moet</w:t>
      </w:r>
      <w:proofErr w:type="spellEnd"/>
      <w:r w:rsidRPr="00604CBD">
        <w:t xml:space="preserve"> u </w:t>
      </w:r>
      <w:proofErr w:type="spellStart"/>
      <w:r w:rsidRPr="00604CBD">
        <w:t>doen</w:t>
      </w:r>
      <w:proofErr w:type="spellEnd"/>
      <w:r w:rsidRPr="00604CBD">
        <w:t>?</w:t>
      </w:r>
    </w:p>
    <w:p w14:paraId="21D5B587" w14:textId="77777777" w:rsidR="00CC41ED" w:rsidRPr="00604CBD" w:rsidRDefault="00000000" w:rsidP="00604CBD">
      <w:pPr>
        <w:pStyle w:val="Lijstopsomteken"/>
        <w:rPr>
          <w:rFonts w:ascii="Aptos" w:hAnsi="Aptos"/>
        </w:rPr>
      </w:pPr>
      <w:r w:rsidRPr="00604CBD">
        <w:rPr>
          <w:rFonts w:ascii="Aptos" w:hAnsi="Aptos"/>
        </w:rPr>
        <w:t xml:space="preserve">Lees </w:t>
      </w:r>
      <w:proofErr w:type="spellStart"/>
      <w:r w:rsidRPr="00604CBD">
        <w:rPr>
          <w:rFonts w:ascii="Aptos" w:hAnsi="Aptos"/>
        </w:rPr>
        <w:t>dit</w:t>
      </w:r>
      <w:proofErr w:type="spellEnd"/>
      <w:r w:rsidRPr="00604CBD">
        <w:rPr>
          <w:rFonts w:ascii="Aptos" w:hAnsi="Aptos"/>
        </w:rPr>
        <w:t xml:space="preserve"> document </w:t>
      </w:r>
      <w:proofErr w:type="spellStart"/>
      <w:r w:rsidRPr="00604CBD">
        <w:rPr>
          <w:rFonts w:ascii="Aptos" w:hAnsi="Aptos"/>
        </w:rPr>
        <w:t>samen</w:t>
      </w:r>
      <w:proofErr w:type="spellEnd"/>
      <w:r w:rsidRPr="00604CBD">
        <w:rPr>
          <w:rFonts w:ascii="Aptos" w:hAnsi="Aptos"/>
        </w:rPr>
        <w:t xml:space="preserve"> met uw kind.</w:t>
      </w:r>
    </w:p>
    <w:p w14:paraId="1EA1D210" w14:textId="77777777" w:rsidR="00CC41ED" w:rsidRPr="00604CBD" w:rsidRDefault="00000000" w:rsidP="00604CBD">
      <w:pPr>
        <w:pStyle w:val="Lijstopsomteken"/>
        <w:rPr>
          <w:rFonts w:ascii="Aptos" w:hAnsi="Aptos"/>
        </w:rPr>
      </w:pPr>
      <w:r w:rsidRPr="00604CBD">
        <w:rPr>
          <w:rFonts w:ascii="Aptos" w:hAnsi="Aptos"/>
        </w:rPr>
        <w:t>Vul de laatste pagina in.</w:t>
      </w:r>
    </w:p>
    <w:p w14:paraId="410482DF" w14:textId="77777777" w:rsidR="00CC41ED" w:rsidRPr="00604CBD" w:rsidRDefault="00000000" w:rsidP="00604CBD">
      <w:pPr>
        <w:pStyle w:val="Lijstopsomteken"/>
        <w:rPr>
          <w:rFonts w:ascii="Aptos" w:hAnsi="Aptos"/>
        </w:rPr>
      </w:pPr>
      <w:r w:rsidRPr="00604CBD">
        <w:rPr>
          <w:rFonts w:ascii="Aptos" w:hAnsi="Aptos"/>
        </w:rPr>
        <w:t>Schrijf op wat wij moeten weten voor goede begeleiding of veiligheid.</w:t>
      </w:r>
    </w:p>
    <w:p w14:paraId="651D790B" w14:textId="77777777" w:rsidR="00CC41ED" w:rsidRPr="00604CBD" w:rsidRDefault="00000000" w:rsidP="00604CBD">
      <w:pPr>
        <w:pStyle w:val="Lijstopsomteken"/>
        <w:rPr>
          <w:rFonts w:ascii="Aptos" w:hAnsi="Aptos"/>
        </w:rPr>
      </w:pPr>
      <w:r w:rsidRPr="00604CBD">
        <w:rPr>
          <w:rFonts w:ascii="Aptos" w:hAnsi="Aptos"/>
        </w:rPr>
        <w:t>Zet samen met uw kind een handtekening op de laatste pagina.</w:t>
      </w:r>
    </w:p>
    <w:p w14:paraId="36B97CEE" w14:textId="77777777" w:rsidR="00CC41ED" w:rsidRPr="00604CBD" w:rsidRDefault="00000000" w:rsidP="00604CBD">
      <w:pPr>
        <w:pStyle w:val="Kop1"/>
      </w:pPr>
      <w:r w:rsidRPr="00604CBD">
        <w:t>Waarom doen wij dit?</w:t>
      </w:r>
    </w:p>
    <w:p w14:paraId="04FA7973" w14:textId="4186FAC1" w:rsidR="00CC41ED" w:rsidRPr="00604CBD" w:rsidRDefault="00000000" w:rsidP="00604CBD">
      <w:r w:rsidRPr="00604CBD">
        <w:t xml:space="preserve">Wij willen dat leerlingen goed kennismaken met techniek en technologie. Daarom werken </w:t>
      </w:r>
      <w:proofErr w:type="spellStart"/>
      <w:r w:rsidRPr="00604CBD">
        <w:t>wij</w:t>
      </w:r>
      <w:proofErr w:type="spellEnd"/>
      <w:r w:rsidRPr="00604CBD">
        <w:t xml:space="preserve"> </w:t>
      </w:r>
      <w:proofErr w:type="spellStart"/>
      <w:r w:rsidRPr="00604CBD">
        <w:t>samen</w:t>
      </w:r>
      <w:proofErr w:type="spellEnd"/>
      <w:r w:rsidRPr="00604CBD">
        <w:t xml:space="preserve"> met </w:t>
      </w:r>
      <w:proofErr w:type="spellStart"/>
      <w:r w:rsidR="00604CBD">
        <w:t>vmbo</w:t>
      </w:r>
      <w:proofErr w:type="spellEnd"/>
      <w:r w:rsidR="00604CBD">
        <w:t xml:space="preserve">- </w:t>
      </w:r>
      <w:proofErr w:type="spellStart"/>
      <w:r w:rsidR="00604CBD">
        <w:t>en</w:t>
      </w:r>
      <w:proofErr w:type="spellEnd"/>
      <w:r w:rsidR="00604CBD">
        <w:t xml:space="preserve"> </w:t>
      </w:r>
      <w:proofErr w:type="spellStart"/>
      <w:r w:rsidR="00604CBD">
        <w:t>mbo-</w:t>
      </w:r>
      <w:r w:rsidRPr="00604CBD">
        <w:t>scholen</w:t>
      </w:r>
      <w:proofErr w:type="spellEnd"/>
      <w:r w:rsidRPr="00604CBD">
        <w:t xml:space="preserve"> in de regio Rotterdam, Capelle en Oostland.</w:t>
      </w:r>
    </w:p>
    <w:p w14:paraId="1811F317" w14:textId="77777777" w:rsidR="00CC41ED" w:rsidRPr="00604CBD" w:rsidRDefault="00000000" w:rsidP="00604CBD">
      <w:r w:rsidRPr="00604CBD">
        <w:t>Uw kind leert op een echte mbo-locatie. Daar werkt uw kind met praktijkopdrachten, materialen en lokalen van het mbo. Zo krijgt uw kind een beter beeld van technische opleidingen en beroepen na het vmbo.</w:t>
      </w:r>
    </w:p>
    <w:p w14:paraId="03A789AF" w14:textId="77777777" w:rsidR="00CC41ED" w:rsidRPr="00604CBD" w:rsidRDefault="00000000" w:rsidP="00604CBD">
      <w:r w:rsidRPr="00604CBD">
        <w:t>De keuzevakken worden in schooljaar 2026-2027 aangeboden op donderdagmiddag van 13.00 tot 16.00 uur. De lessen duren 20 weken. Wij informeren u vooraf over de locatie, het reizen, de benodigdheden en de toetsmomenten.</w:t>
      </w:r>
    </w:p>
    <w:p w14:paraId="4D59A743" w14:textId="77777777" w:rsidR="00CC41ED" w:rsidRPr="00604CBD" w:rsidRDefault="00000000" w:rsidP="00604CBD">
      <w:r w:rsidRPr="00604CBD">
        <w:t>Deelname is niet vrijblijvend. Uw kind is aanwezig, maakt de opdrachten, doet mee aan de toetsing en houdt zich aan de afspraken van onze school en de mbo-locatie.</w:t>
      </w:r>
    </w:p>
    <w:p w14:paraId="63EE822F" w14:textId="77777777" w:rsidR="00604CBD" w:rsidRDefault="00604CBD">
      <w:pPr>
        <w:spacing w:after="200" w:line="276" w:lineRule="auto"/>
        <w:rPr>
          <w:rFonts w:eastAsiaTheme="majorEastAsia" w:cstheme="majorBidi"/>
          <w:b/>
          <w:bCs/>
          <w:color w:val="000000" w:themeColor="text1"/>
          <w:sz w:val="26"/>
          <w:szCs w:val="28"/>
        </w:rPr>
      </w:pPr>
      <w:r>
        <w:br w:type="page"/>
      </w:r>
    </w:p>
    <w:p w14:paraId="03728105" w14:textId="59D1E296" w:rsidR="00CC41ED" w:rsidRPr="00604CBD" w:rsidRDefault="00000000" w:rsidP="00604CBD">
      <w:pPr>
        <w:pStyle w:val="Kop1"/>
      </w:pPr>
      <w:r w:rsidRPr="00604CBD">
        <w:lastRenderedPageBreak/>
        <w:t>1. Lessen en verantwoordelijkheid</w:t>
      </w:r>
    </w:p>
    <w:p w14:paraId="5ACC61D3" w14:textId="77777777" w:rsidR="00CC41ED" w:rsidRPr="00604CBD" w:rsidRDefault="00000000" w:rsidP="00604CBD">
      <w:r w:rsidRPr="00604CBD">
        <w:t>Het mbo verzorgt de lessen van het keuzevak. Onze school blijft verantwoordelijk voor het onderwijsprogramma, het schoolexamen en het eindresultaat.</w:t>
      </w:r>
    </w:p>
    <w:p w14:paraId="6DD1C0A7" w14:textId="77777777" w:rsidR="00CC41ED" w:rsidRPr="00604CBD" w:rsidRDefault="00000000" w:rsidP="00604CBD">
      <w:r w:rsidRPr="00604CBD">
        <w:t>Wij maken met het mbo afspraken over de lessen, opdrachten en toetsing.</w:t>
      </w:r>
    </w:p>
    <w:p w14:paraId="22D8C12E" w14:textId="77777777" w:rsidR="00CC41ED" w:rsidRPr="00604CBD" w:rsidRDefault="00000000" w:rsidP="00604CBD">
      <w:pPr>
        <w:pStyle w:val="Kop1"/>
      </w:pPr>
      <w:r w:rsidRPr="00604CBD">
        <w:t>2. Toetsing en beoordeling</w:t>
      </w:r>
    </w:p>
    <w:p w14:paraId="7077B496" w14:textId="77777777" w:rsidR="00CC41ED" w:rsidRPr="00604CBD" w:rsidRDefault="00000000" w:rsidP="00604CBD">
      <w:r w:rsidRPr="00604CBD">
        <w:t>De toetsing gebeurt volgens het PTA van onze school. PTA betekent Programma van Toetsing en Afsluiting.</w:t>
      </w:r>
    </w:p>
    <w:p w14:paraId="3B57C525" w14:textId="77777777" w:rsidR="00CC41ED" w:rsidRPr="00604CBD" w:rsidRDefault="00000000" w:rsidP="00604CBD">
      <w:r w:rsidRPr="00604CBD">
        <w:t>In het PTA staat welke opdrachten en toetsen meetellen. Ook staat daarin hoe de leerling wordt beoordeeld en welke regels gelden voor herkansing of herstel.</w:t>
      </w:r>
    </w:p>
    <w:p w14:paraId="3132F070" w14:textId="77777777" w:rsidR="00CC41ED" w:rsidRPr="00604CBD" w:rsidRDefault="00000000" w:rsidP="00604CBD">
      <w:r w:rsidRPr="00604CBD">
        <w:t>Het mbo kan opdrachten beoordelen en toetsen afnemen. Onze school blijft verantwoordelijk voor het schoolexamen en het eindresultaat.</w:t>
      </w:r>
    </w:p>
    <w:p w14:paraId="0A3EC3EB" w14:textId="77777777" w:rsidR="00CC41ED" w:rsidRPr="00604CBD" w:rsidRDefault="00000000" w:rsidP="00604CBD">
      <w:pPr>
        <w:pStyle w:val="Kop1"/>
      </w:pPr>
      <w:r w:rsidRPr="00604CBD">
        <w:t>3. Aanwezigheid, ziekte en te laat komen</w:t>
      </w:r>
    </w:p>
    <w:p w14:paraId="24EECFEF" w14:textId="77777777" w:rsidR="00CC41ED" w:rsidRPr="00604CBD" w:rsidRDefault="00000000" w:rsidP="00604CBD">
      <w:r w:rsidRPr="00604CBD">
        <w:t>Uw kind is aanwezig bij alle lessen, opdrachten en toetsmomenten.</w:t>
      </w:r>
    </w:p>
    <w:p w14:paraId="78ABDB30" w14:textId="77777777" w:rsidR="00CC41ED" w:rsidRPr="00604CBD" w:rsidRDefault="00000000" w:rsidP="00604CBD">
      <w:r w:rsidRPr="00604CBD">
        <w:t>Kan uw kind niet komen? Meld dit dan op tijd bij onze school. Wij geven dit door aan de mbo-locatie, tenzij hierover andere afspraken zijn gemaakt.</w:t>
      </w:r>
    </w:p>
    <w:p w14:paraId="7404B8B2" w14:textId="77777777" w:rsidR="00CC41ED" w:rsidRPr="00604CBD" w:rsidRDefault="00000000" w:rsidP="00604CBD">
      <w:r w:rsidRPr="00604CBD">
        <w:t>Komt uw kind te laat? Dan meldt uw kind zich volgens de regels van de mbo-locatie. Te laat komen en afwezigheid worden geregistreerd.</w:t>
      </w:r>
    </w:p>
    <w:p w14:paraId="742E7308" w14:textId="77777777" w:rsidR="00CC41ED" w:rsidRPr="00604CBD" w:rsidRDefault="00000000" w:rsidP="00604CBD">
      <w:r w:rsidRPr="00604CBD">
        <w:t>Mist uw kind veel lessen of toetsmomenten? Dan kan het zijn dat het keuzevak niet kan worden afgerond. Wij bespreken dan met u, uw kind en het mbo wat nog mogelijk is.</w:t>
      </w:r>
    </w:p>
    <w:p w14:paraId="34FFE92D" w14:textId="77777777" w:rsidR="00CC41ED" w:rsidRPr="00604CBD" w:rsidRDefault="00000000" w:rsidP="00604CBD">
      <w:pPr>
        <w:pStyle w:val="Kop1"/>
      </w:pPr>
      <w:r w:rsidRPr="00604CBD">
        <w:t>4. Begeleiding en contact</w:t>
      </w:r>
    </w:p>
    <w:p w14:paraId="58A13325" w14:textId="63FFE205" w:rsidR="00CC41ED" w:rsidRPr="00604CBD" w:rsidRDefault="00000000" w:rsidP="00604CBD">
      <w:r w:rsidRPr="00604CBD">
        <w:t xml:space="preserve">Bij </w:t>
      </w:r>
      <w:proofErr w:type="spellStart"/>
      <w:r w:rsidRPr="00604CBD">
        <w:t>ieder</w:t>
      </w:r>
      <w:proofErr w:type="spellEnd"/>
      <w:r w:rsidRPr="00604CBD">
        <w:t xml:space="preserve"> </w:t>
      </w:r>
      <w:proofErr w:type="spellStart"/>
      <w:r w:rsidRPr="00604CBD">
        <w:t>keuzevak</w:t>
      </w:r>
      <w:proofErr w:type="spellEnd"/>
      <w:r w:rsidRPr="00604CBD">
        <w:t xml:space="preserve"> is </w:t>
      </w:r>
      <w:proofErr w:type="spellStart"/>
      <w:r w:rsidRPr="00604CBD">
        <w:t>een</w:t>
      </w:r>
      <w:proofErr w:type="spellEnd"/>
      <w:r w:rsidRPr="00604CBD">
        <w:t xml:space="preserve"> </w:t>
      </w:r>
      <w:proofErr w:type="spellStart"/>
      <w:r w:rsidRPr="00604CBD">
        <w:t>vmbo-begeleider</w:t>
      </w:r>
      <w:proofErr w:type="spellEnd"/>
      <w:r w:rsidRPr="00604CBD">
        <w:t xml:space="preserve"> </w:t>
      </w:r>
      <w:proofErr w:type="spellStart"/>
      <w:r w:rsidRPr="00604CBD">
        <w:t>aanwezig</w:t>
      </w:r>
      <w:proofErr w:type="spellEnd"/>
      <w:r w:rsidRPr="00604CBD">
        <w:t>. Deze begeleider helpt bij aanwezigheid, ziekte, gedrag, veiligheid en contact met onze school.</w:t>
      </w:r>
    </w:p>
    <w:p w14:paraId="3B33FD71" w14:textId="77777777" w:rsidR="00CC41ED" w:rsidRPr="00604CBD" w:rsidRDefault="00000000" w:rsidP="00604CBD">
      <w:r w:rsidRPr="00604CBD">
        <w:t>De mbo-docent geeft de les en begeleidt de opdrachten. De vmbo-begeleider en de mbo-docent houden contact over aanwezigheid, voortgang en bijzonderheden.</w:t>
      </w:r>
    </w:p>
    <w:p w14:paraId="548E9A36" w14:textId="77777777" w:rsidR="00CC41ED" w:rsidRPr="00604CBD" w:rsidRDefault="00000000" w:rsidP="00604CBD">
      <w:proofErr w:type="spellStart"/>
      <w:r w:rsidRPr="00604CBD">
        <w:t>Heeft</w:t>
      </w:r>
      <w:proofErr w:type="spellEnd"/>
      <w:r w:rsidRPr="00604CBD">
        <w:t xml:space="preserve"> u </w:t>
      </w:r>
      <w:proofErr w:type="spellStart"/>
      <w:r w:rsidRPr="00604CBD">
        <w:t>vragen</w:t>
      </w:r>
      <w:proofErr w:type="spellEnd"/>
      <w:r w:rsidRPr="00604CBD">
        <w:t xml:space="preserve">? Neem dan contact op met </w:t>
      </w:r>
      <w:proofErr w:type="spellStart"/>
      <w:r w:rsidRPr="00604CBD">
        <w:t>onze</w:t>
      </w:r>
      <w:proofErr w:type="spellEnd"/>
      <w:r w:rsidRPr="00604CBD">
        <w:t xml:space="preserve"> school. </w:t>
      </w:r>
      <w:proofErr w:type="spellStart"/>
      <w:r w:rsidRPr="00604CBD">
        <w:t>Ouders</w:t>
      </w:r>
      <w:proofErr w:type="spellEnd"/>
      <w:r w:rsidRPr="00604CBD">
        <w:t xml:space="preserve"> </w:t>
      </w:r>
      <w:proofErr w:type="spellStart"/>
      <w:r w:rsidRPr="00604CBD">
        <w:t>nemen</w:t>
      </w:r>
      <w:proofErr w:type="spellEnd"/>
      <w:r w:rsidRPr="00604CBD">
        <w:t xml:space="preserve"> </w:t>
      </w:r>
      <w:proofErr w:type="spellStart"/>
      <w:r w:rsidRPr="00604CBD">
        <w:t>dus</w:t>
      </w:r>
      <w:proofErr w:type="spellEnd"/>
      <w:r w:rsidRPr="00604CBD">
        <w:t xml:space="preserve"> </w:t>
      </w:r>
      <w:proofErr w:type="spellStart"/>
      <w:r w:rsidRPr="00604CBD">
        <w:t>niet</w:t>
      </w:r>
      <w:proofErr w:type="spellEnd"/>
      <w:r w:rsidRPr="00604CBD">
        <w:t xml:space="preserve"> </w:t>
      </w:r>
      <w:proofErr w:type="spellStart"/>
      <w:r w:rsidRPr="00604CBD">
        <w:t>rechtstreeks</w:t>
      </w:r>
      <w:proofErr w:type="spellEnd"/>
      <w:r w:rsidRPr="00604CBD">
        <w:t xml:space="preserve"> contact op met de </w:t>
      </w:r>
      <w:proofErr w:type="spellStart"/>
      <w:r w:rsidRPr="00604CBD">
        <w:t>mbo</w:t>
      </w:r>
      <w:proofErr w:type="spellEnd"/>
      <w:r w:rsidRPr="00604CBD">
        <w:t xml:space="preserve">-docent, </w:t>
      </w:r>
      <w:proofErr w:type="spellStart"/>
      <w:r w:rsidRPr="00604CBD">
        <w:t>tenzij</w:t>
      </w:r>
      <w:proofErr w:type="spellEnd"/>
      <w:r w:rsidRPr="00604CBD">
        <w:t xml:space="preserve"> </w:t>
      </w:r>
      <w:proofErr w:type="spellStart"/>
      <w:r w:rsidRPr="00604CBD">
        <w:t>wij</w:t>
      </w:r>
      <w:proofErr w:type="spellEnd"/>
      <w:r w:rsidRPr="00604CBD">
        <w:t xml:space="preserve"> </w:t>
      </w:r>
      <w:proofErr w:type="spellStart"/>
      <w:r w:rsidRPr="00604CBD">
        <w:t>dat</w:t>
      </w:r>
      <w:proofErr w:type="spellEnd"/>
      <w:r w:rsidRPr="00604CBD">
        <w:t xml:space="preserve"> </w:t>
      </w:r>
      <w:proofErr w:type="spellStart"/>
      <w:r w:rsidRPr="00604CBD">
        <w:t>anders</w:t>
      </w:r>
      <w:proofErr w:type="spellEnd"/>
      <w:r w:rsidRPr="00604CBD">
        <w:t xml:space="preserve"> </w:t>
      </w:r>
      <w:proofErr w:type="spellStart"/>
      <w:r w:rsidRPr="00604CBD">
        <w:t>afspreken</w:t>
      </w:r>
      <w:proofErr w:type="spellEnd"/>
      <w:r w:rsidRPr="00604CBD">
        <w:t>.</w:t>
      </w:r>
    </w:p>
    <w:p w14:paraId="7DBEF25D" w14:textId="77777777" w:rsidR="00CC41ED" w:rsidRPr="00604CBD" w:rsidRDefault="00000000" w:rsidP="00604CBD">
      <w:pPr>
        <w:pStyle w:val="Kop1"/>
      </w:pPr>
      <w:r w:rsidRPr="00604CBD">
        <w:t xml:space="preserve">5. </w:t>
      </w:r>
      <w:proofErr w:type="spellStart"/>
      <w:r w:rsidRPr="00604CBD">
        <w:t>Veiligheid</w:t>
      </w:r>
      <w:proofErr w:type="spellEnd"/>
      <w:r w:rsidRPr="00604CBD">
        <w:t xml:space="preserve"> </w:t>
      </w:r>
      <w:proofErr w:type="spellStart"/>
      <w:r w:rsidRPr="00604CBD">
        <w:t>en</w:t>
      </w:r>
      <w:proofErr w:type="spellEnd"/>
      <w:r w:rsidRPr="00604CBD">
        <w:t xml:space="preserve"> </w:t>
      </w:r>
      <w:proofErr w:type="spellStart"/>
      <w:r w:rsidRPr="00604CBD">
        <w:t>werkkleding</w:t>
      </w:r>
      <w:proofErr w:type="spellEnd"/>
    </w:p>
    <w:p w14:paraId="2164D771" w14:textId="77777777" w:rsidR="00CC41ED" w:rsidRPr="00604CBD" w:rsidRDefault="00000000" w:rsidP="00604CBD">
      <w:proofErr w:type="spellStart"/>
      <w:r w:rsidRPr="00604CBD">
        <w:t>Uw</w:t>
      </w:r>
      <w:proofErr w:type="spellEnd"/>
      <w:r w:rsidRPr="00604CBD">
        <w:t xml:space="preserve"> kind </w:t>
      </w:r>
      <w:proofErr w:type="spellStart"/>
      <w:r w:rsidRPr="00604CBD">
        <w:t>houdt</w:t>
      </w:r>
      <w:proofErr w:type="spellEnd"/>
      <w:r w:rsidRPr="00604CBD">
        <w:t xml:space="preserve"> </w:t>
      </w:r>
      <w:proofErr w:type="spellStart"/>
      <w:r w:rsidRPr="00604CBD">
        <w:t>zich</w:t>
      </w:r>
      <w:proofErr w:type="spellEnd"/>
      <w:r w:rsidRPr="00604CBD">
        <w:t xml:space="preserve"> aan de regels van de mbo-locatie. Uw kind werkt veilig en volgt de uitleg van de docent of begeleider op.</w:t>
      </w:r>
    </w:p>
    <w:p w14:paraId="34A9D50E" w14:textId="77777777" w:rsidR="00CC41ED" w:rsidRPr="00604CBD" w:rsidRDefault="00000000" w:rsidP="00604CBD">
      <w:r w:rsidRPr="00604CBD">
        <w:t>Uw kind gebruikt machines, gereedschappen, materialen en software alleen na uitleg en toestemming van de mbo-docent.</w:t>
      </w:r>
    </w:p>
    <w:p w14:paraId="725F4D1B" w14:textId="77777777" w:rsidR="00CC41ED" w:rsidRPr="00604CBD" w:rsidRDefault="00000000" w:rsidP="00604CBD">
      <w:r w:rsidRPr="00604CBD">
        <w:t>Voor sommige lessen zijn werkkleding of beschermingsmiddelen nodig. Denk aan een veiligheidsbril, werkschoenen of gehoorbescherming. In de startinformatie staat wat uw kind nodig heeft en wie dit regelt.</w:t>
      </w:r>
    </w:p>
    <w:p w14:paraId="4D1DE88A" w14:textId="77777777" w:rsidR="00CC41ED" w:rsidRPr="00604CBD" w:rsidRDefault="00000000" w:rsidP="00604CBD">
      <w:r w:rsidRPr="00604CBD">
        <w:t>Zonder verplichte veiligheidsmiddelen kan uw kind niet meedoen aan de praktijkles.</w:t>
      </w:r>
    </w:p>
    <w:p w14:paraId="0F6EC6FC" w14:textId="77777777" w:rsidR="00CC41ED" w:rsidRPr="00604CBD" w:rsidRDefault="00000000" w:rsidP="00604CBD">
      <w:pPr>
        <w:pStyle w:val="Kop1"/>
      </w:pPr>
      <w:r w:rsidRPr="00604CBD">
        <w:t>6. Informatie voor begeleiding of veiligheid</w:t>
      </w:r>
    </w:p>
    <w:p w14:paraId="27D464A6" w14:textId="77777777" w:rsidR="00CC41ED" w:rsidRPr="00604CBD" w:rsidRDefault="00000000" w:rsidP="00604CBD">
      <w:r w:rsidRPr="00604CBD">
        <w:t>Soms hebben wij extra informatie nodig om uw kind goed en veilig te begeleiden. Denk aan een allergie, medicatie, beperking of iets anders dat belangrijk is bij praktijklessen.</w:t>
      </w:r>
    </w:p>
    <w:p w14:paraId="1A260980" w14:textId="77777777" w:rsidR="00CC41ED" w:rsidRPr="00604CBD" w:rsidRDefault="00000000" w:rsidP="00604CBD">
      <w:r w:rsidRPr="00604CBD">
        <w:t>Vul deze informatie in op de laatste pagina. Wij delen deze informatie alleen met het mbo als dit nodig is voor veiligheid, begeleiding of deelname aan het keuzevak.</w:t>
      </w:r>
    </w:p>
    <w:p w14:paraId="40473B22" w14:textId="77777777" w:rsidR="00CC41ED" w:rsidRPr="00604CBD" w:rsidRDefault="00000000" w:rsidP="00604CBD">
      <w:pPr>
        <w:pStyle w:val="Kop1"/>
      </w:pPr>
      <w:r w:rsidRPr="00604CBD">
        <w:lastRenderedPageBreak/>
        <w:t>7. Privacy en gegevens</w:t>
      </w:r>
    </w:p>
    <w:p w14:paraId="07B453B5" w14:textId="77777777" w:rsidR="00CC41ED" w:rsidRPr="00604CBD" w:rsidRDefault="00000000" w:rsidP="00604CBD">
      <w:r w:rsidRPr="00604CBD">
        <w:t>Voor deelname aan het keuzevak delen wij gegevens met de mbo-locatie. Wij delen alleen gegevens die nodig zijn voor de lessen, begeleiding, veiligheid, aanwezigheid en beoordeling.</w:t>
      </w:r>
    </w:p>
    <w:p w14:paraId="2BFBFDC1" w14:textId="6D62049A" w:rsidR="00CC41ED" w:rsidRPr="00604CBD" w:rsidRDefault="00000000" w:rsidP="00604CBD">
      <w:r w:rsidRPr="00604CBD">
        <w:t xml:space="preserve">Het </w:t>
      </w:r>
      <w:proofErr w:type="spellStart"/>
      <w:r w:rsidR="00981D4F" w:rsidRPr="00604CBD">
        <w:t>gaat</w:t>
      </w:r>
      <w:proofErr w:type="spellEnd"/>
      <w:r w:rsidRPr="00604CBD">
        <w:t xml:space="preserve"> om naam, klas, school, contactgegevens, aanwezigheid, voortgang, toetsresultaten en informatie die nodig is voor begeleiding of veiligheid.</w:t>
      </w:r>
    </w:p>
    <w:p w14:paraId="7D429506" w14:textId="77777777" w:rsidR="00CC41ED" w:rsidRPr="00604CBD" w:rsidRDefault="00000000" w:rsidP="00604CBD">
      <w:r w:rsidRPr="00604CBD">
        <w:t>Wij gebruiken deze gegevens zorgvuldig. Wij bewaren de gegevens niet langer dan nodig is.</w:t>
      </w:r>
    </w:p>
    <w:p w14:paraId="7E5C050E" w14:textId="77777777" w:rsidR="00CC41ED" w:rsidRPr="00604CBD" w:rsidRDefault="00000000" w:rsidP="00604CBD">
      <w:pPr>
        <w:pStyle w:val="Kop1"/>
      </w:pPr>
      <w:r w:rsidRPr="00604CBD">
        <w:t>8. Verzekering en aansprakelijkheid</w:t>
      </w:r>
    </w:p>
    <w:p w14:paraId="2B3AF049" w14:textId="77777777" w:rsidR="00CC41ED" w:rsidRPr="00604CBD" w:rsidRDefault="00000000" w:rsidP="00604CBD">
      <w:r w:rsidRPr="00604CBD">
        <w:t>Deelname aan het keuzevak op de mbo-locatie is een schoolgebonden onderwijsactiviteit. Wij zorgen dat de verzekering hiervoor goed is geregeld.</w:t>
      </w:r>
    </w:p>
    <w:p w14:paraId="0F20E049" w14:textId="77777777" w:rsidR="00CC41ED" w:rsidRPr="00604CBD" w:rsidRDefault="00000000" w:rsidP="00604CBD">
      <w:r w:rsidRPr="00604CBD">
        <w:t>Schade, verlies, diefstal of letsel wordt altijd per situatie beoordeeld.</w:t>
      </w:r>
    </w:p>
    <w:p w14:paraId="7B491A19" w14:textId="77777777" w:rsidR="00CC41ED" w:rsidRPr="00604CBD" w:rsidRDefault="00000000" w:rsidP="00604CBD">
      <w:r w:rsidRPr="00604CBD">
        <w:t>Ontstaat schade door opzet, ernstig onvoorzichtig gedrag of het niet opvolgen van instructies? Dan kunnen de leerling of ouders hiervoor aansprakelijk worden gesteld.</w:t>
      </w:r>
    </w:p>
    <w:p w14:paraId="3E7B1928" w14:textId="77777777" w:rsidR="00CC41ED" w:rsidRPr="00604CBD" w:rsidRDefault="00000000" w:rsidP="00604CBD">
      <w:pPr>
        <w:pStyle w:val="Kop1"/>
      </w:pPr>
      <w:r w:rsidRPr="00604CBD">
        <w:t>9. Reiskosten</w:t>
      </w:r>
    </w:p>
    <w:p w14:paraId="1380F8EA" w14:textId="77777777" w:rsidR="00CC41ED" w:rsidRPr="00604CBD" w:rsidRDefault="00000000" w:rsidP="00604CBD">
      <w:r w:rsidRPr="00604CBD">
        <w:t>Uw kind reist naar de mbo-locatie op de manier die wij vooraf afspreken.</w:t>
      </w:r>
    </w:p>
    <w:p w14:paraId="55D9D344" w14:textId="77777777" w:rsidR="00CC41ED" w:rsidRPr="00604CBD" w:rsidRDefault="00000000" w:rsidP="00604CBD">
      <w:r w:rsidRPr="00604CBD">
        <w:t>De reiskosten worden door onze school vergoed. De vergoeding geldt voor de kortste reisroute naar de mbo-locatie. Wij bepalen vooraf welke route hiervoor wordt gebruikt.</w:t>
      </w:r>
    </w:p>
    <w:p w14:paraId="208AC2A1" w14:textId="77777777" w:rsidR="00CC41ED" w:rsidRPr="00604CBD" w:rsidRDefault="00000000" w:rsidP="00604CBD">
      <w:r w:rsidRPr="00604CBD">
        <w:t>De vergoeding geldt alleen voor de afgesproken lesdagen en toetsmomenten van het keuzevak.</w:t>
      </w:r>
    </w:p>
    <w:p w14:paraId="065955AF" w14:textId="77777777" w:rsidR="00CC41ED" w:rsidRPr="00604CBD" w:rsidRDefault="00000000" w:rsidP="00604CBD">
      <w:pPr>
        <w:pStyle w:val="Kop1"/>
      </w:pPr>
      <w:r w:rsidRPr="00604CBD">
        <w:t>10. Stoppen met het keuzevak</w:t>
      </w:r>
    </w:p>
    <w:p w14:paraId="2C38E115" w14:textId="77777777" w:rsidR="00CC41ED" w:rsidRPr="00604CBD" w:rsidRDefault="00000000" w:rsidP="00604CBD">
      <w:r w:rsidRPr="00604CBD">
        <w:t>Deelname aan het keuzevak is niet vrijblijvend. Soms kan het nodig zijn dat een leerling stopt met het keuzevak.</w:t>
      </w:r>
    </w:p>
    <w:p w14:paraId="1D1FB98C" w14:textId="77777777" w:rsidR="00CC41ED" w:rsidRPr="00604CBD" w:rsidRDefault="00000000" w:rsidP="00604CBD">
      <w:r w:rsidRPr="00604CBD">
        <w:t>Dat kan bijvoorbeeld als een leerling vaak afwezig is, zich niet aan veiligheidsregels houdt, de les ernstig verstoort of als het keuzevak niet passend blijkt.</w:t>
      </w:r>
    </w:p>
    <w:p w14:paraId="651DFE4F" w14:textId="77777777" w:rsidR="00CC41ED" w:rsidRPr="00604CBD" w:rsidRDefault="00000000" w:rsidP="00604CBD">
      <w:r w:rsidRPr="00604CBD">
        <w:t>Als stoppen nodig is, bespreken wij dit met de leerling, ouders of verzorgers en de mbo-locatie. Wij leggen dan uit wat dit betekent voor het onderwijsprogramma en de beoordeling.</w:t>
      </w:r>
    </w:p>
    <w:p w14:paraId="4AB1FD5B" w14:textId="77777777" w:rsidR="00CC41ED" w:rsidRPr="00604CBD" w:rsidRDefault="00CC41ED" w:rsidP="00604CBD">
      <w:pPr>
        <w:sectPr w:rsidR="00CC41ED" w:rsidRPr="00604CBD">
          <w:pgSz w:w="12240" w:h="15840"/>
          <w:pgMar w:top="964" w:right="1134" w:bottom="964" w:left="1134" w:header="720" w:footer="720" w:gutter="0"/>
          <w:cols w:space="720"/>
          <w:docGrid w:linePitch="360"/>
        </w:sectPr>
      </w:pPr>
    </w:p>
    <w:p w14:paraId="2951720A" w14:textId="77777777" w:rsidR="00CC41ED" w:rsidRPr="00604CBD" w:rsidRDefault="00000000" w:rsidP="00604CBD">
      <w:pPr>
        <w:pStyle w:val="Kop1"/>
      </w:pPr>
      <w:r w:rsidRPr="00604CBD">
        <w:lastRenderedPageBreak/>
        <w:t>Akkoordverklaring</w:t>
      </w:r>
    </w:p>
    <w:p w14:paraId="3490A547" w14:textId="77777777" w:rsidR="00CC41ED" w:rsidRPr="00604CBD" w:rsidRDefault="00000000" w:rsidP="00604CBD">
      <w:r w:rsidRPr="00604CBD">
        <w:t>Vul deze pagina in en lever deze ondertekend in bij onze school.</w:t>
      </w:r>
    </w:p>
    <w:p w14:paraId="2C215EC0" w14:textId="77777777" w:rsidR="00CC41ED" w:rsidRPr="00604CBD" w:rsidRDefault="00000000" w:rsidP="00604CBD">
      <w:r w:rsidRPr="00604CBD">
        <w:t xml:space="preserve">Met de handtekeningen hieronder geeft u aan dat u de afspraken heeft gelezen en begrepen. U gaat akkoord met deelname van uw kind aan het </w:t>
      </w:r>
      <w:proofErr w:type="spellStart"/>
      <w:r w:rsidRPr="00604CBD">
        <w:t>vmbo-keuzevak</w:t>
      </w:r>
      <w:proofErr w:type="spellEnd"/>
      <w:r w:rsidRPr="00604CBD">
        <w:t xml:space="preserve"> op het </w:t>
      </w:r>
      <w:proofErr w:type="spellStart"/>
      <w:r w:rsidRPr="00604CBD">
        <w:t>mbo</w:t>
      </w:r>
      <w:proofErr w:type="spellEnd"/>
      <w:r w:rsidRPr="00604CBD">
        <w:t>.</w:t>
      </w:r>
    </w:p>
    <w:p w14:paraId="5C4FE6A2" w14:textId="77777777" w:rsidR="00981D4F" w:rsidRPr="00604CBD" w:rsidRDefault="00981D4F" w:rsidP="00604CBD"/>
    <w:tbl>
      <w:tblPr>
        <w:tblStyle w:val="Tabelraster"/>
        <w:tblW w:w="0" w:type="auto"/>
        <w:jc w:val="center"/>
        <w:tblLook w:val="04A0" w:firstRow="1" w:lastRow="0" w:firstColumn="1" w:lastColumn="0" w:noHBand="0" w:noVBand="1"/>
      </w:tblPr>
      <w:tblGrid>
        <w:gridCol w:w="4981"/>
        <w:gridCol w:w="4981"/>
      </w:tblGrid>
      <w:tr w:rsidR="00981D4F" w:rsidRPr="00604CBD" w14:paraId="7E567AB9" w14:textId="77777777" w:rsidTr="00806F1A">
        <w:trPr>
          <w:jc w:val="center"/>
        </w:trPr>
        <w:tc>
          <w:tcPr>
            <w:tcW w:w="4986" w:type="dxa"/>
          </w:tcPr>
          <w:p w14:paraId="116070D4" w14:textId="77777777" w:rsidR="00981D4F" w:rsidRPr="00604CBD" w:rsidRDefault="00981D4F" w:rsidP="00604CBD">
            <w:r w:rsidRPr="00604CBD">
              <w:t xml:space="preserve">Naam </w:t>
            </w:r>
            <w:proofErr w:type="spellStart"/>
            <w:r w:rsidRPr="00604CBD">
              <w:t>leerling</w:t>
            </w:r>
            <w:proofErr w:type="spellEnd"/>
          </w:p>
        </w:tc>
        <w:tc>
          <w:tcPr>
            <w:tcW w:w="4986" w:type="dxa"/>
          </w:tcPr>
          <w:p w14:paraId="3BD53B73" w14:textId="77777777" w:rsidR="00981D4F" w:rsidRPr="00604CBD" w:rsidRDefault="00981D4F" w:rsidP="00604CBD"/>
        </w:tc>
      </w:tr>
      <w:tr w:rsidR="00981D4F" w:rsidRPr="00604CBD" w14:paraId="6859E7EB" w14:textId="77777777" w:rsidTr="00806F1A">
        <w:trPr>
          <w:jc w:val="center"/>
        </w:trPr>
        <w:tc>
          <w:tcPr>
            <w:tcW w:w="4986" w:type="dxa"/>
          </w:tcPr>
          <w:p w14:paraId="56AF0424" w14:textId="77777777" w:rsidR="00981D4F" w:rsidRPr="00604CBD" w:rsidRDefault="00981D4F" w:rsidP="00604CBD">
            <w:r w:rsidRPr="00604CBD">
              <w:t>Klas</w:t>
            </w:r>
          </w:p>
        </w:tc>
        <w:tc>
          <w:tcPr>
            <w:tcW w:w="4986" w:type="dxa"/>
          </w:tcPr>
          <w:p w14:paraId="133EB95D" w14:textId="77777777" w:rsidR="00981D4F" w:rsidRPr="00604CBD" w:rsidRDefault="00981D4F" w:rsidP="00604CBD"/>
        </w:tc>
      </w:tr>
      <w:tr w:rsidR="00981D4F" w:rsidRPr="00604CBD" w14:paraId="170F7713" w14:textId="77777777" w:rsidTr="00806F1A">
        <w:trPr>
          <w:jc w:val="center"/>
        </w:trPr>
        <w:tc>
          <w:tcPr>
            <w:tcW w:w="4986" w:type="dxa"/>
          </w:tcPr>
          <w:p w14:paraId="52E0A684" w14:textId="77777777" w:rsidR="00981D4F" w:rsidRPr="00604CBD" w:rsidRDefault="00981D4F" w:rsidP="00604CBD">
            <w:r w:rsidRPr="00604CBD">
              <w:t xml:space="preserve">Naam </w:t>
            </w:r>
            <w:proofErr w:type="spellStart"/>
            <w:r w:rsidRPr="00604CBD">
              <w:t>keuzevak</w:t>
            </w:r>
            <w:proofErr w:type="spellEnd"/>
          </w:p>
        </w:tc>
        <w:tc>
          <w:tcPr>
            <w:tcW w:w="4986" w:type="dxa"/>
          </w:tcPr>
          <w:p w14:paraId="0F60FE7B" w14:textId="77777777" w:rsidR="00981D4F" w:rsidRPr="00604CBD" w:rsidRDefault="00981D4F" w:rsidP="00604CBD"/>
        </w:tc>
      </w:tr>
      <w:tr w:rsidR="00981D4F" w:rsidRPr="00604CBD" w14:paraId="28F7A4C1" w14:textId="77777777" w:rsidTr="00806F1A">
        <w:trPr>
          <w:jc w:val="center"/>
        </w:trPr>
        <w:tc>
          <w:tcPr>
            <w:tcW w:w="4986" w:type="dxa"/>
          </w:tcPr>
          <w:p w14:paraId="4757C4D5" w14:textId="77777777" w:rsidR="00981D4F" w:rsidRPr="00604CBD" w:rsidRDefault="00981D4F" w:rsidP="00604CBD">
            <w:r w:rsidRPr="00604CBD">
              <w:t>Mbo-</w:t>
            </w:r>
            <w:proofErr w:type="spellStart"/>
            <w:r w:rsidRPr="00604CBD">
              <w:t>locatie</w:t>
            </w:r>
            <w:proofErr w:type="spellEnd"/>
          </w:p>
        </w:tc>
        <w:tc>
          <w:tcPr>
            <w:tcW w:w="4986" w:type="dxa"/>
          </w:tcPr>
          <w:p w14:paraId="0D26EA50" w14:textId="77777777" w:rsidR="00981D4F" w:rsidRPr="00604CBD" w:rsidRDefault="00981D4F" w:rsidP="00604CBD"/>
        </w:tc>
      </w:tr>
    </w:tbl>
    <w:p w14:paraId="0EADCE4B" w14:textId="77777777" w:rsidR="00981D4F" w:rsidRPr="00604CBD" w:rsidRDefault="00981D4F" w:rsidP="00604CBD"/>
    <w:tbl>
      <w:tblPr>
        <w:tblStyle w:val="Tabelraster"/>
        <w:tblW w:w="0" w:type="auto"/>
        <w:jc w:val="center"/>
        <w:tblLook w:val="04A0" w:firstRow="1" w:lastRow="0" w:firstColumn="1" w:lastColumn="0" w:noHBand="0" w:noVBand="1"/>
      </w:tblPr>
      <w:tblGrid>
        <w:gridCol w:w="4982"/>
        <w:gridCol w:w="4980"/>
      </w:tblGrid>
      <w:tr w:rsidR="00CC41ED" w:rsidRPr="00604CBD" w14:paraId="55FDD27E" w14:textId="77777777">
        <w:trPr>
          <w:jc w:val="center"/>
        </w:trPr>
        <w:tc>
          <w:tcPr>
            <w:tcW w:w="4986" w:type="dxa"/>
          </w:tcPr>
          <w:p w14:paraId="311E1919" w14:textId="77777777" w:rsidR="00CC41ED" w:rsidRPr="00604CBD" w:rsidRDefault="00000000" w:rsidP="00604CBD">
            <w:r w:rsidRPr="00604CBD">
              <w:t xml:space="preserve">Naam </w:t>
            </w:r>
            <w:proofErr w:type="spellStart"/>
            <w:r w:rsidRPr="00604CBD">
              <w:t>ouder</w:t>
            </w:r>
            <w:proofErr w:type="spellEnd"/>
            <w:r w:rsidRPr="00604CBD">
              <w:t xml:space="preserve"> of </w:t>
            </w:r>
            <w:proofErr w:type="spellStart"/>
            <w:r w:rsidRPr="00604CBD">
              <w:t>verzorger</w:t>
            </w:r>
            <w:proofErr w:type="spellEnd"/>
          </w:p>
        </w:tc>
        <w:tc>
          <w:tcPr>
            <w:tcW w:w="4986" w:type="dxa"/>
          </w:tcPr>
          <w:p w14:paraId="6AB5A813" w14:textId="77777777" w:rsidR="00CC41ED" w:rsidRPr="00604CBD" w:rsidRDefault="00CC41ED" w:rsidP="00604CBD"/>
        </w:tc>
      </w:tr>
      <w:tr w:rsidR="00CC41ED" w:rsidRPr="00604CBD" w14:paraId="261FA197" w14:textId="77777777">
        <w:trPr>
          <w:jc w:val="center"/>
        </w:trPr>
        <w:tc>
          <w:tcPr>
            <w:tcW w:w="4986" w:type="dxa"/>
          </w:tcPr>
          <w:p w14:paraId="058113B4" w14:textId="77777777" w:rsidR="00CC41ED" w:rsidRPr="00604CBD" w:rsidRDefault="00000000" w:rsidP="00604CBD">
            <w:r w:rsidRPr="00604CBD">
              <w:t>Telefoonnummer ouder of verzorger</w:t>
            </w:r>
          </w:p>
        </w:tc>
        <w:tc>
          <w:tcPr>
            <w:tcW w:w="4986" w:type="dxa"/>
          </w:tcPr>
          <w:p w14:paraId="43DD9165" w14:textId="77777777" w:rsidR="00CC41ED" w:rsidRPr="00604CBD" w:rsidRDefault="00CC41ED" w:rsidP="00604CBD"/>
        </w:tc>
      </w:tr>
    </w:tbl>
    <w:p w14:paraId="2686E5CA" w14:textId="77777777" w:rsidR="00CC41ED" w:rsidRPr="00604CBD" w:rsidRDefault="00000000" w:rsidP="00604CBD">
      <w:pPr>
        <w:pStyle w:val="Kop2"/>
      </w:pPr>
      <w:r w:rsidRPr="00604CBD">
        <w:t>Informatie voor goede begeleiding of veiligheid</w:t>
      </w:r>
    </w:p>
    <w:p w14:paraId="202A383F" w14:textId="77777777" w:rsidR="00CC41ED" w:rsidRPr="00604CBD" w:rsidRDefault="00000000" w:rsidP="00604CBD">
      <w:r w:rsidRPr="00604CBD">
        <w:t>Vul hieronder alleen informatie in die nodig is voor veilige deelname of goede begeleiding. Denk aan allergie, medicatie, beperking of andere belangrijke informatie.</w:t>
      </w:r>
    </w:p>
    <w:tbl>
      <w:tblPr>
        <w:tblStyle w:val="Tabelraster"/>
        <w:tblW w:w="0" w:type="auto"/>
        <w:tblLook w:val="04A0" w:firstRow="1" w:lastRow="0" w:firstColumn="1" w:lastColumn="0" w:noHBand="0" w:noVBand="1"/>
      </w:tblPr>
      <w:tblGrid>
        <w:gridCol w:w="9962"/>
      </w:tblGrid>
      <w:tr w:rsidR="00CC41ED" w:rsidRPr="00604CBD" w14:paraId="73CA419D" w14:textId="77777777">
        <w:tc>
          <w:tcPr>
            <w:tcW w:w="9972" w:type="dxa"/>
          </w:tcPr>
          <w:p w14:paraId="0EBC95C4" w14:textId="77777777" w:rsidR="00CC41ED" w:rsidRPr="00604CBD" w:rsidRDefault="00000000" w:rsidP="00604CBD">
            <w:r w:rsidRPr="00604CBD">
              <w:br/>
            </w:r>
            <w:r w:rsidRPr="00604CBD">
              <w:br/>
            </w:r>
            <w:r w:rsidRPr="00604CBD">
              <w:br/>
            </w:r>
            <w:r w:rsidRPr="00604CBD">
              <w:br/>
            </w:r>
          </w:p>
        </w:tc>
      </w:tr>
    </w:tbl>
    <w:p w14:paraId="314413D4" w14:textId="77777777" w:rsidR="00CC41ED" w:rsidRPr="00604CBD" w:rsidRDefault="00000000" w:rsidP="00604CBD">
      <w:pPr>
        <w:pStyle w:val="Kop2"/>
      </w:pPr>
      <w:r w:rsidRPr="00604CBD">
        <w:t>Handtekeningen</w:t>
      </w:r>
    </w:p>
    <w:tbl>
      <w:tblPr>
        <w:tblStyle w:val="Tabelraster"/>
        <w:tblW w:w="0" w:type="auto"/>
        <w:jc w:val="center"/>
        <w:tblLook w:val="04A0" w:firstRow="1" w:lastRow="0" w:firstColumn="1" w:lastColumn="0" w:noHBand="0" w:noVBand="1"/>
      </w:tblPr>
      <w:tblGrid>
        <w:gridCol w:w="4981"/>
        <w:gridCol w:w="4981"/>
      </w:tblGrid>
      <w:tr w:rsidR="00CC41ED" w:rsidRPr="00604CBD" w14:paraId="70CFFC62" w14:textId="77777777">
        <w:trPr>
          <w:jc w:val="center"/>
        </w:trPr>
        <w:tc>
          <w:tcPr>
            <w:tcW w:w="4986" w:type="dxa"/>
          </w:tcPr>
          <w:p w14:paraId="1BB98628" w14:textId="77777777" w:rsidR="00CC41ED" w:rsidRPr="00604CBD" w:rsidRDefault="00000000" w:rsidP="00604CBD">
            <w:r w:rsidRPr="00604CBD">
              <w:t>Leerling</w:t>
            </w:r>
          </w:p>
        </w:tc>
        <w:tc>
          <w:tcPr>
            <w:tcW w:w="4986" w:type="dxa"/>
          </w:tcPr>
          <w:p w14:paraId="375C73B7" w14:textId="77777777" w:rsidR="00CC41ED" w:rsidRPr="00604CBD" w:rsidRDefault="00000000" w:rsidP="00604CBD">
            <w:r w:rsidRPr="00604CBD">
              <w:t>Ouder of verzorger</w:t>
            </w:r>
          </w:p>
        </w:tc>
      </w:tr>
      <w:tr w:rsidR="00CC41ED" w:rsidRPr="00604CBD" w14:paraId="7DDCC073" w14:textId="77777777">
        <w:trPr>
          <w:jc w:val="center"/>
        </w:trPr>
        <w:tc>
          <w:tcPr>
            <w:tcW w:w="4986" w:type="dxa"/>
          </w:tcPr>
          <w:p w14:paraId="761231B0" w14:textId="77777777" w:rsidR="00CC41ED" w:rsidRPr="00604CBD" w:rsidRDefault="00000000" w:rsidP="00604CBD">
            <w:r w:rsidRPr="00604CBD">
              <w:t>Naam:</w:t>
            </w:r>
            <w:r w:rsidRPr="00604CBD">
              <w:br/>
            </w:r>
            <w:r w:rsidRPr="00604CBD">
              <w:br/>
              <w:t>Datum:</w:t>
            </w:r>
            <w:r w:rsidRPr="00604CBD">
              <w:br/>
            </w:r>
            <w:r w:rsidRPr="00604CBD">
              <w:br/>
              <w:t>Handtekening:</w:t>
            </w:r>
            <w:r w:rsidRPr="00604CBD">
              <w:br/>
            </w:r>
            <w:r w:rsidRPr="00604CBD">
              <w:br/>
            </w:r>
            <w:r w:rsidRPr="00604CBD">
              <w:br/>
            </w:r>
          </w:p>
        </w:tc>
        <w:tc>
          <w:tcPr>
            <w:tcW w:w="4986" w:type="dxa"/>
          </w:tcPr>
          <w:p w14:paraId="330910F8" w14:textId="77777777" w:rsidR="00CC41ED" w:rsidRPr="00604CBD" w:rsidRDefault="00000000" w:rsidP="00604CBD">
            <w:r w:rsidRPr="00604CBD">
              <w:t>Naam:</w:t>
            </w:r>
            <w:r w:rsidRPr="00604CBD">
              <w:br/>
            </w:r>
            <w:r w:rsidRPr="00604CBD">
              <w:br/>
              <w:t>Datum:</w:t>
            </w:r>
            <w:r w:rsidRPr="00604CBD">
              <w:br/>
            </w:r>
            <w:r w:rsidRPr="00604CBD">
              <w:br/>
              <w:t>Handtekening:</w:t>
            </w:r>
            <w:r w:rsidRPr="00604CBD">
              <w:br/>
            </w:r>
            <w:r w:rsidRPr="00604CBD">
              <w:br/>
            </w:r>
            <w:r w:rsidRPr="00604CBD">
              <w:br/>
            </w:r>
          </w:p>
        </w:tc>
      </w:tr>
    </w:tbl>
    <w:p w14:paraId="18CFEB20" w14:textId="77777777" w:rsidR="000059A7" w:rsidRPr="00604CBD" w:rsidRDefault="000059A7" w:rsidP="00604CBD"/>
    <w:sectPr w:rsidR="000059A7" w:rsidRPr="00604CBD"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121268169">
    <w:abstractNumId w:val="8"/>
  </w:num>
  <w:num w:numId="2" w16cid:durableId="1457485118">
    <w:abstractNumId w:val="6"/>
  </w:num>
  <w:num w:numId="3" w16cid:durableId="2036929731">
    <w:abstractNumId w:val="5"/>
  </w:num>
  <w:num w:numId="4" w16cid:durableId="1780178344">
    <w:abstractNumId w:val="4"/>
  </w:num>
  <w:num w:numId="5" w16cid:durableId="704990095">
    <w:abstractNumId w:val="7"/>
  </w:num>
  <w:num w:numId="6" w16cid:durableId="1979846473">
    <w:abstractNumId w:val="3"/>
  </w:num>
  <w:num w:numId="7" w16cid:durableId="1594585450">
    <w:abstractNumId w:val="2"/>
  </w:num>
  <w:num w:numId="8" w16cid:durableId="2078434710">
    <w:abstractNumId w:val="1"/>
  </w:num>
  <w:num w:numId="9" w16cid:durableId="3643339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9A7"/>
    <w:rsid w:val="00034616"/>
    <w:rsid w:val="0006063C"/>
    <w:rsid w:val="0015074B"/>
    <w:rsid w:val="0029639D"/>
    <w:rsid w:val="00326F90"/>
    <w:rsid w:val="00604CBD"/>
    <w:rsid w:val="007535C2"/>
    <w:rsid w:val="00981D4F"/>
    <w:rsid w:val="00AA1D8D"/>
    <w:rsid w:val="00B47730"/>
    <w:rsid w:val="00C70C94"/>
    <w:rsid w:val="00CB0664"/>
    <w:rsid w:val="00CC41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05B998"/>
  <w14:defaultImageDpi w14:val="300"/>
  <w15:docId w15:val="{D7A3B31F-6665-BE4D-9479-D69997D21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4CBD"/>
    <w:pPr>
      <w:spacing w:after="100" w:line="259" w:lineRule="auto"/>
    </w:pPr>
    <w:rPr>
      <w:rFonts w:ascii="Aptos" w:eastAsia="Arial" w:hAnsi="Aptos"/>
      <w:sz w:val="21"/>
    </w:rPr>
  </w:style>
  <w:style w:type="paragraph" w:styleId="Kop1">
    <w:name w:val="heading 1"/>
    <w:basedOn w:val="Standaard"/>
    <w:next w:val="Standaard"/>
    <w:link w:val="Kop1Char"/>
    <w:uiPriority w:val="9"/>
    <w:qFormat/>
    <w:rsid w:val="00604CBD"/>
    <w:pPr>
      <w:keepNext/>
      <w:keepLines/>
      <w:spacing w:before="160" w:after="60"/>
      <w:outlineLvl w:val="0"/>
    </w:pPr>
    <w:rPr>
      <w:rFonts w:eastAsiaTheme="majorEastAsia" w:cstheme="majorBidi"/>
      <w:b/>
      <w:bCs/>
      <w:color w:val="000000" w:themeColor="text1"/>
      <w:sz w:val="26"/>
      <w:szCs w:val="28"/>
    </w:rPr>
  </w:style>
  <w:style w:type="paragraph" w:styleId="Kop2">
    <w:name w:val="heading 2"/>
    <w:basedOn w:val="Standaard"/>
    <w:next w:val="Standaard"/>
    <w:link w:val="Kop2Char"/>
    <w:uiPriority w:val="9"/>
    <w:unhideWhenUsed/>
    <w:qFormat/>
    <w:rsid w:val="00604CBD"/>
    <w:pPr>
      <w:keepNext/>
      <w:keepLines/>
      <w:spacing w:before="160" w:after="60"/>
      <w:outlineLvl w:val="1"/>
    </w:pPr>
    <w:rPr>
      <w:rFonts w:asciiTheme="majorHAnsi" w:eastAsiaTheme="majorEastAsia" w:hAnsiTheme="majorHAnsi" w:cstheme="majorBidi"/>
      <w:b/>
      <w:bCs/>
      <w:color w:val="000000" w:themeColor="text1"/>
      <w:sz w:val="23"/>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604CBD"/>
    <w:rPr>
      <w:rFonts w:ascii="Aptos" w:eastAsiaTheme="majorEastAsia" w:hAnsi="Aptos" w:cstheme="majorBidi"/>
      <w:b/>
      <w:bCs/>
      <w:color w:val="000000" w:themeColor="text1"/>
      <w:sz w:val="26"/>
      <w:szCs w:val="28"/>
    </w:rPr>
  </w:style>
  <w:style w:type="character" w:customStyle="1" w:styleId="Kop2Char">
    <w:name w:val="Kop 2 Char"/>
    <w:basedOn w:val="Standaardalinea-lettertype"/>
    <w:link w:val="Kop2"/>
    <w:uiPriority w:val="9"/>
    <w:rsid w:val="00604CBD"/>
    <w:rPr>
      <w:rFonts w:asciiTheme="majorHAnsi" w:eastAsiaTheme="majorEastAsia" w:hAnsiTheme="majorHAnsi" w:cstheme="majorBidi"/>
      <w:b/>
      <w:bCs/>
      <w:color w:val="000000" w:themeColor="text1"/>
      <w:sz w:val="23"/>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rPr>
      <w:rFonts w:ascii="Arial" w:hAnsi="Arial"/>
    </w:r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979</Words>
  <Characters>5390</Characters>
  <Application>Microsoft Office Word</Application>
  <DocSecurity>0</DocSecurity>
  <Lines>138</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Gertjan Kooij</cp:lastModifiedBy>
  <cp:revision>4</cp:revision>
  <dcterms:created xsi:type="dcterms:W3CDTF">2026-07-13T12:49:00Z</dcterms:created>
  <dcterms:modified xsi:type="dcterms:W3CDTF">2026-07-13T12:53:00Z</dcterms:modified>
  <cp:category/>
</cp:coreProperties>
</file>