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033D37" w14:textId="018AAC45" w:rsidR="009B48F5" w:rsidRPr="00FF5E14" w:rsidRDefault="00341939" w:rsidP="009B48F5">
      <w:pPr>
        <w:pStyle w:val="Titel"/>
        <w:rPr>
          <w:rFonts w:ascii="Aptos Light" w:hAnsi="Aptos Light"/>
          <w:b w:val="0"/>
          <w:color w:val="000000" w:themeColor="text1"/>
          <w:sz w:val="40"/>
          <w:szCs w:val="40"/>
        </w:rPr>
      </w:pPr>
      <w:r w:rsidRPr="00FF5E14">
        <w:rPr>
          <w:rFonts w:ascii="Aptos Light" w:hAnsi="Aptos Light"/>
          <w:b w:val="0"/>
          <w:color w:val="000000" w:themeColor="text1"/>
          <w:sz w:val="40"/>
          <w:szCs w:val="40"/>
        </w:rPr>
        <w:t xml:space="preserve">Keuzevakken </w:t>
      </w:r>
      <w:r w:rsidR="009B48F5" w:rsidRPr="00FF5E14">
        <w:rPr>
          <w:rFonts w:ascii="Aptos Light" w:hAnsi="Aptos Light"/>
          <w:b w:val="0"/>
          <w:color w:val="000000" w:themeColor="text1"/>
          <w:sz w:val="40"/>
          <w:szCs w:val="40"/>
        </w:rPr>
        <w:t>op het mbo</w:t>
      </w:r>
      <w:r w:rsidR="009475F2" w:rsidRPr="00FF5E14">
        <w:rPr>
          <w:rFonts w:ascii="Aptos Light" w:hAnsi="Aptos Light"/>
          <w:b w:val="0"/>
          <w:color w:val="000000" w:themeColor="text1"/>
          <w:sz w:val="40"/>
          <w:szCs w:val="40"/>
        </w:rPr>
        <w:t xml:space="preserve"> 202</w:t>
      </w:r>
      <w:r w:rsidR="00BB747B" w:rsidRPr="00FF5E14">
        <w:rPr>
          <w:rFonts w:ascii="Aptos Light" w:hAnsi="Aptos Light"/>
          <w:b w:val="0"/>
          <w:color w:val="000000" w:themeColor="text1"/>
          <w:sz w:val="40"/>
          <w:szCs w:val="40"/>
        </w:rPr>
        <w:t>6-2027</w:t>
      </w:r>
    </w:p>
    <w:p w14:paraId="3CE9860F" w14:textId="77777777" w:rsidR="009402BD" w:rsidRPr="00FF5E14" w:rsidRDefault="009402BD" w:rsidP="00E72F80">
      <w:pPr>
        <w:rPr>
          <w:sz w:val="22"/>
          <w:szCs w:val="24"/>
        </w:rPr>
      </w:pPr>
    </w:p>
    <w:p w14:paraId="47B1AEEF" w14:textId="77777777" w:rsidR="0061318D" w:rsidRPr="00FF5E14" w:rsidRDefault="0061318D" w:rsidP="002D5FAF">
      <w:pPr>
        <w:rPr>
          <w:rFonts w:ascii="Times New Roman" w:hAnsi="Times New Roman"/>
          <w:sz w:val="28"/>
          <w:szCs w:val="24"/>
        </w:rPr>
      </w:pPr>
      <w:r w:rsidRPr="00FF5E14">
        <w:rPr>
          <w:sz w:val="22"/>
          <w:szCs w:val="24"/>
        </w:rPr>
        <w:t>Beste [voornaam leerling] en ouder(s)/verzorger(s),</w:t>
      </w:r>
    </w:p>
    <w:p w14:paraId="0690F160" w14:textId="23843ED2" w:rsidR="0061318D" w:rsidRPr="00FF5E14" w:rsidRDefault="0061318D" w:rsidP="002D5FAF">
      <w:pPr>
        <w:rPr>
          <w:rFonts w:ascii="Times New Roman" w:hAnsi="Times New Roman"/>
          <w:sz w:val="28"/>
          <w:szCs w:val="24"/>
        </w:rPr>
      </w:pPr>
      <w:r w:rsidRPr="00FF5E14">
        <w:rPr>
          <w:sz w:val="22"/>
          <w:szCs w:val="24"/>
        </w:rPr>
        <w:t xml:space="preserve">Fijn dat je je hebt aangemeld voor het volgen van een </w:t>
      </w:r>
      <w:r w:rsidRPr="00FF5E14">
        <w:rPr>
          <w:rStyle w:val="s1"/>
          <w:sz w:val="22"/>
          <w:szCs w:val="24"/>
        </w:rPr>
        <w:t>keuzevak op het mbo</w:t>
      </w:r>
      <w:r w:rsidRPr="00FF5E14">
        <w:rPr>
          <w:sz w:val="22"/>
          <w:szCs w:val="24"/>
        </w:rPr>
        <w:t xml:space="preserve">. </w:t>
      </w:r>
      <w:r w:rsidR="00642FCD" w:rsidRPr="00FF5E14">
        <w:rPr>
          <w:sz w:val="22"/>
          <w:szCs w:val="24"/>
        </w:rPr>
        <w:t>Na</w:t>
      </w:r>
      <w:r w:rsidRPr="00FF5E14">
        <w:rPr>
          <w:sz w:val="22"/>
          <w:szCs w:val="24"/>
        </w:rPr>
        <w:t xml:space="preserve"> de herfstvakantie </w:t>
      </w:r>
      <w:r w:rsidR="00841519" w:rsidRPr="00FF5E14">
        <w:rPr>
          <w:sz w:val="22"/>
          <w:szCs w:val="24"/>
        </w:rPr>
        <w:t xml:space="preserve">tot 1 april 2027 </w:t>
      </w:r>
      <w:r w:rsidRPr="00FF5E14">
        <w:rPr>
          <w:sz w:val="22"/>
          <w:szCs w:val="24"/>
        </w:rPr>
        <w:t>ga je iedere donderdagmiddag naar een mbo-locatie om daar jouw keuzevak te volgen.</w:t>
      </w:r>
    </w:p>
    <w:p w14:paraId="0188AE98" w14:textId="77777777" w:rsidR="0061318D" w:rsidRPr="00FF5E14" w:rsidRDefault="0061318D" w:rsidP="002D5FAF">
      <w:pPr>
        <w:rPr>
          <w:sz w:val="22"/>
          <w:szCs w:val="24"/>
        </w:rPr>
      </w:pPr>
      <w:r w:rsidRPr="00FF5E14">
        <w:rPr>
          <w:sz w:val="22"/>
          <w:szCs w:val="24"/>
        </w:rPr>
        <w:t>Met deze keuzevakken krijg je de kans om meer over techniek en technologie te ontdekken. Je volgt een volledig vmbo-keuzevak en krijgt les van een mbo-docent op een mbo-locatie en maakt zo meteen kennis met het mbo.</w:t>
      </w:r>
    </w:p>
    <w:p w14:paraId="739EB1F7" w14:textId="77777777" w:rsidR="0061318D" w:rsidRPr="00FF5E14" w:rsidRDefault="0061318D" w:rsidP="002D5FAF">
      <w:pPr>
        <w:rPr>
          <w:sz w:val="22"/>
          <w:szCs w:val="24"/>
        </w:rPr>
      </w:pPr>
      <w:r w:rsidRPr="00FF5E14">
        <w:rPr>
          <w:sz w:val="22"/>
          <w:szCs w:val="24"/>
        </w:rPr>
        <w:t xml:space="preserve">Je volgt het keuzevak samen met leerlingen van </w:t>
      </w:r>
      <w:r w:rsidRPr="00FF5E14">
        <w:rPr>
          <w:rStyle w:val="s1"/>
          <w:sz w:val="22"/>
          <w:szCs w:val="24"/>
        </w:rPr>
        <w:t>verschillende vmbo-scholen uit de regio</w:t>
      </w:r>
      <w:r w:rsidRPr="00FF5E14">
        <w:rPr>
          <w:sz w:val="22"/>
          <w:szCs w:val="24"/>
        </w:rPr>
        <w:t>. Iedereen in jouw groep heeft voor hetzelfde keuzevak gekozen. Je komt dus op een nieuwe locatie, krijgt les van een nieuwe docent en leert ook nieuwe leerlingen kennen.</w:t>
      </w:r>
    </w:p>
    <w:p w14:paraId="2A1E4C24" w14:textId="102C720F" w:rsidR="0061318D" w:rsidRPr="00FF5E14" w:rsidRDefault="0061318D" w:rsidP="002D5FAF">
      <w:pPr>
        <w:rPr>
          <w:sz w:val="22"/>
          <w:szCs w:val="24"/>
        </w:rPr>
      </w:pPr>
      <w:r w:rsidRPr="00FF5E14">
        <w:rPr>
          <w:sz w:val="22"/>
          <w:szCs w:val="24"/>
        </w:rPr>
        <w:t>In deze brief vinden j</w:t>
      </w:r>
      <w:r w:rsidR="00056DB9" w:rsidRPr="00FF5E14">
        <w:rPr>
          <w:sz w:val="22"/>
          <w:szCs w:val="24"/>
        </w:rPr>
        <w:t>e</w:t>
      </w:r>
      <w:r w:rsidRPr="00FF5E14">
        <w:rPr>
          <w:sz w:val="22"/>
          <w:szCs w:val="24"/>
        </w:rPr>
        <w:t xml:space="preserve"> alle belangrijke informatie om goed te kunnen starten.</w:t>
      </w:r>
    </w:p>
    <w:p w14:paraId="675BC63C" w14:textId="77777777" w:rsidR="0061318D" w:rsidRPr="00FF5E14" w:rsidRDefault="0061318D" w:rsidP="002D5FAF">
      <w:pPr>
        <w:pStyle w:val="Kop2"/>
        <w:rPr>
          <w:rStyle w:val="s1"/>
          <w:color w:val="000000" w:themeColor="text1"/>
          <w:sz w:val="28"/>
          <w:szCs w:val="28"/>
        </w:rPr>
      </w:pPr>
      <w:r w:rsidRPr="00FF5E14">
        <w:rPr>
          <w:rStyle w:val="s1"/>
          <w:color w:val="000000" w:themeColor="text1"/>
          <w:sz w:val="28"/>
          <w:szCs w:val="28"/>
        </w:rPr>
        <w:t>Eerst kennismaken op 8 oktober</w:t>
      </w:r>
    </w:p>
    <w:p w14:paraId="46D0DEBD" w14:textId="1797AA48" w:rsidR="0061318D" w:rsidRPr="00FF5E14" w:rsidRDefault="0061318D" w:rsidP="002D5FAF">
      <w:pPr>
        <w:rPr>
          <w:sz w:val="22"/>
          <w:szCs w:val="24"/>
        </w:rPr>
      </w:pPr>
      <w:r w:rsidRPr="00FF5E14">
        <w:rPr>
          <w:sz w:val="22"/>
          <w:szCs w:val="24"/>
        </w:rPr>
        <w:t>Voordat de lessen beginnen, is er eerst een kennismaking voor jou en ouders of verzorgers</w:t>
      </w:r>
      <w:r w:rsidR="005566CC" w:rsidRPr="00FF5E14">
        <w:rPr>
          <w:sz w:val="22"/>
          <w:szCs w:val="24"/>
        </w:rPr>
        <w:t xml:space="preserve"> </w:t>
      </w:r>
      <w:r w:rsidRPr="00FF5E14">
        <w:rPr>
          <w:sz w:val="22"/>
          <w:szCs w:val="24"/>
        </w:rPr>
        <w:t xml:space="preserve">op </w:t>
      </w:r>
      <w:r w:rsidRPr="00FF5E14">
        <w:rPr>
          <w:b/>
          <w:bCs/>
          <w:sz w:val="22"/>
          <w:szCs w:val="24"/>
        </w:rPr>
        <w:t>donderdag 8 oktober 2026 om 15.30 uur</w:t>
      </w:r>
      <w:r w:rsidRPr="00FF5E14">
        <w:rPr>
          <w:sz w:val="22"/>
          <w:szCs w:val="24"/>
        </w:rPr>
        <w:t xml:space="preserve">. De kennismaking vindt plaats op de </w:t>
      </w:r>
      <w:r w:rsidRPr="00FF5E14">
        <w:rPr>
          <w:rStyle w:val="s1"/>
          <w:sz w:val="22"/>
          <w:szCs w:val="24"/>
        </w:rPr>
        <w:t>mbo-locatie waar je straks ook jouw keuzevak volgt</w:t>
      </w:r>
      <w:r w:rsidRPr="00FF5E14">
        <w:rPr>
          <w:sz w:val="22"/>
          <w:szCs w:val="24"/>
        </w:rPr>
        <w:t>.</w:t>
      </w:r>
    </w:p>
    <w:p w14:paraId="55FDC490" w14:textId="51287890" w:rsidR="0061318D" w:rsidRPr="00FF5E14" w:rsidRDefault="0061318D" w:rsidP="002D5FAF">
      <w:pPr>
        <w:rPr>
          <w:sz w:val="22"/>
          <w:szCs w:val="24"/>
        </w:rPr>
      </w:pPr>
      <w:r w:rsidRPr="00FF5E14">
        <w:rPr>
          <w:sz w:val="22"/>
          <w:szCs w:val="24"/>
        </w:rPr>
        <w:t>Aan het eind van deze brief staat een overzicht van alle keuzevakken</w:t>
      </w:r>
      <w:r w:rsidR="002038DB" w:rsidRPr="00FF5E14">
        <w:rPr>
          <w:sz w:val="22"/>
          <w:szCs w:val="24"/>
        </w:rPr>
        <w:t xml:space="preserve"> met per </w:t>
      </w:r>
      <w:r w:rsidRPr="00FF5E14">
        <w:rPr>
          <w:sz w:val="22"/>
          <w:szCs w:val="24"/>
        </w:rPr>
        <w:t>keuzevak op welke mbo-locatie je wordt verwacht en het adres waar je je moet melden.</w:t>
      </w:r>
    </w:p>
    <w:p w14:paraId="036AA23B" w14:textId="4315656B" w:rsidR="0061318D" w:rsidRPr="00FF5E14" w:rsidRDefault="0061318D" w:rsidP="002D5FAF">
      <w:pPr>
        <w:rPr>
          <w:sz w:val="22"/>
          <w:szCs w:val="24"/>
        </w:rPr>
      </w:pPr>
      <w:r w:rsidRPr="00FF5E14">
        <w:rPr>
          <w:sz w:val="22"/>
          <w:szCs w:val="24"/>
        </w:rPr>
        <w:t>Tijdens de kennismaking zie je waar je straks les krijgt en maak je kennis met de mbo-docent en de begeleiding. Ook krijgen jij en je ouder</w:t>
      </w:r>
      <w:r w:rsidR="00F159B3" w:rsidRPr="00FF5E14">
        <w:rPr>
          <w:sz w:val="22"/>
          <w:szCs w:val="24"/>
        </w:rPr>
        <w:t>/</w:t>
      </w:r>
      <w:r w:rsidRPr="00FF5E14">
        <w:rPr>
          <w:sz w:val="22"/>
          <w:szCs w:val="24"/>
        </w:rPr>
        <w:t>verzorger uitleg over de lessen en de belangrijkste afspraken. We verwachten dat je samen met een ouder of verzorger aanwezig bent.</w:t>
      </w:r>
    </w:p>
    <w:p w14:paraId="2CDE63B6" w14:textId="77777777" w:rsidR="0061318D" w:rsidRPr="00FF5E14" w:rsidRDefault="0061318D" w:rsidP="002D5FAF">
      <w:pPr>
        <w:pStyle w:val="Kop2"/>
        <w:rPr>
          <w:rStyle w:val="s1"/>
          <w:color w:val="000000" w:themeColor="text1"/>
          <w:sz w:val="28"/>
          <w:szCs w:val="28"/>
        </w:rPr>
      </w:pPr>
      <w:r w:rsidRPr="00FF5E14">
        <w:rPr>
          <w:rStyle w:val="s1"/>
          <w:color w:val="000000" w:themeColor="text1"/>
          <w:sz w:val="28"/>
          <w:szCs w:val="28"/>
        </w:rPr>
        <w:t>Wanneer heb je les?</w:t>
      </w:r>
    </w:p>
    <w:p w14:paraId="6AA41262" w14:textId="2189FE6C" w:rsidR="0061318D" w:rsidRPr="00FF5E14" w:rsidRDefault="0061318D" w:rsidP="002D5FAF">
      <w:pPr>
        <w:rPr>
          <w:sz w:val="22"/>
          <w:szCs w:val="24"/>
        </w:rPr>
      </w:pPr>
      <w:r w:rsidRPr="00FF5E14">
        <w:rPr>
          <w:sz w:val="22"/>
          <w:szCs w:val="24"/>
        </w:rPr>
        <w:t>De keuzevakken worden gegeven op</w:t>
      </w:r>
      <w:r w:rsidR="00F159B3" w:rsidRPr="00FF5E14">
        <w:rPr>
          <w:sz w:val="22"/>
          <w:szCs w:val="24"/>
        </w:rPr>
        <w:t xml:space="preserve"> de</w:t>
      </w:r>
      <w:r w:rsidRPr="00FF5E14">
        <w:rPr>
          <w:sz w:val="22"/>
          <w:szCs w:val="24"/>
        </w:rPr>
        <w:t xml:space="preserve"> </w:t>
      </w:r>
      <w:r w:rsidRPr="00FF5E14">
        <w:rPr>
          <w:rStyle w:val="s1"/>
          <w:b/>
          <w:bCs/>
          <w:sz w:val="22"/>
          <w:szCs w:val="24"/>
        </w:rPr>
        <w:t>donderdagmiddag</w:t>
      </w:r>
      <w:r w:rsidR="005C76F4" w:rsidRPr="00FF5E14">
        <w:rPr>
          <w:rStyle w:val="s1"/>
          <w:b/>
          <w:bCs/>
          <w:sz w:val="22"/>
          <w:szCs w:val="24"/>
        </w:rPr>
        <w:t xml:space="preserve"> </w:t>
      </w:r>
      <w:r w:rsidRPr="00FF5E14">
        <w:rPr>
          <w:rStyle w:val="s1"/>
          <w:b/>
          <w:bCs/>
          <w:sz w:val="22"/>
          <w:szCs w:val="24"/>
        </w:rPr>
        <w:t>van 13.00 tot 16.00 uur</w:t>
      </w:r>
      <w:r w:rsidRPr="00FF5E14">
        <w:rPr>
          <w:sz w:val="22"/>
          <w:szCs w:val="24"/>
        </w:rPr>
        <w:t>. Deze tijden kunnen per mbo-locatie een beetje anders zijn. Dat hoor je tijdens de kennismakingsbijeenkomst.</w:t>
      </w:r>
    </w:p>
    <w:p w14:paraId="33622E91" w14:textId="77777777" w:rsidR="0061318D" w:rsidRPr="00FF5E14" w:rsidRDefault="0061318D" w:rsidP="002D5FAF">
      <w:pPr>
        <w:pStyle w:val="Lijstalinea"/>
        <w:numPr>
          <w:ilvl w:val="0"/>
          <w:numId w:val="18"/>
        </w:numPr>
        <w:rPr>
          <w:sz w:val="22"/>
          <w:szCs w:val="24"/>
        </w:rPr>
      </w:pPr>
      <w:r w:rsidRPr="00FF5E14">
        <w:rPr>
          <w:rStyle w:val="s1"/>
          <w:b/>
          <w:bCs/>
          <w:sz w:val="22"/>
          <w:szCs w:val="24"/>
        </w:rPr>
        <w:t>Eerste les:</w:t>
      </w:r>
      <w:r w:rsidRPr="00FF5E14">
        <w:rPr>
          <w:sz w:val="22"/>
          <w:szCs w:val="24"/>
        </w:rPr>
        <w:t xml:space="preserve"> donderdag 29 oktober 2026</w:t>
      </w:r>
    </w:p>
    <w:p w14:paraId="58A138E8" w14:textId="4378DF88" w:rsidR="0061318D" w:rsidRPr="00FF5E14" w:rsidRDefault="0061318D" w:rsidP="002D5FAF">
      <w:pPr>
        <w:pStyle w:val="Lijstalinea"/>
        <w:numPr>
          <w:ilvl w:val="0"/>
          <w:numId w:val="18"/>
        </w:numPr>
        <w:rPr>
          <w:sz w:val="22"/>
          <w:szCs w:val="24"/>
        </w:rPr>
      </w:pPr>
      <w:r w:rsidRPr="00FF5E14">
        <w:rPr>
          <w:rStyle w:val="s1"/>
          <w:b/>
          <w:bCs/>
          <w:sz w:val="22"/>
          <w:szCs w:val="24"/>
        </w:rPr>
        <w:t>Laatste les:</w:t>
      </w:r>
      <w:r w:rsidRPr="00FF5E14">
        <w:rPr>
          <w:sz w:val="22"/>
          <w:szCs w:val="24"/>
        </w:rPr>
        <w:t xml:space="preserve"> donderdag </w:t>
      </w:r>
      <w:r w:rsidR="0093635D" w:rsidRPr="00FF5E14">
        <w:rPr>
          <w:sz w:val="22"/>
          <w:szCs w:val="24"/>
        </w:rPr>
        <w:t>1april</w:t>
      </w:r>
      <w:r w:rsidRPr="00FF5E14">
        <w:rPr>
          <w:sz w:val="22"/>
          <w:szCs w:val="24"/>
        </w:rPr>
        <w:t xml:space="preserve"> 2027</w:t>
      </w:r>
    </w:p>
    <w:p w14:paraId="3C10FA04" w14:textId="7F727D0E" w:rsidR="0061318D" w:rsidRPr="00FF5E14" w:rsidRDefault="005F16AA" w:rsidP="002D5FAF">
      <w:pPr>
        <w:pStyle w:val="Lijstalinea"/>
        <w:numPr>
          <w:ilvl w:val="0"/>
          <w:numId w:val="18"/>
        </w:numPr>
        <w:rPr>
          <w:sz w:val="22"/>
          <w:szCs w:val="24"/>
        </w:rPr>
      </w:pPr>
      <w:r w:rsidRPr="00FF5E14">
        <w:rPr>
          <w:rStyle w:val="s1"/>
          <w:b/>
          <w:bCs/>
          <w:sz w:val="22"/>
          <w:szCs w:val="24"/>
        </w:rPr>
        <w:t>Eventueel inhaalmiddag</w:t>
      </w:r>
      <w:r w:rsidR="0061318D" w:rsidRPr="00FF5E14">
        <w:rPr>
          <w:rStyle w:val="s1"/>
          <w:b/>
          <w:bCs/>
          <w:sz w:val="22"/>
          <w:szCs w:val="24"/>
        </w:rPr>
        <w:t>:</w:t>
      </w:r>
      <w:r w:rsidR="0061318D" w:rsidRPr="00FF5E14">
        <w:rPr>
          <w:sz w:val="22"/>
          <w:szCs w:val="24"/>
        </w:rPr>
        <w:t xml:space="preserve"> donderdag </w:t>
      </w:r>
      <w:r w:rsidR="00CD5E45" w:rsidRPr="00FF5E14">
        <w:rPr>
          <w:sz w:val="22"/>
          <w:szCs w:val="24"/>
        </w:rPr>
        <w:t>8</w:t>
      </w:r>
      <w:r w:rsidR="00885B3F" w:rsidRPr="00FF5E14">
        <w:rPr>
          <w:sz w:val="22"/>
          <w:szCs w:val="24"/>
        </w:rPr>
        <w:t xml:space="preserve"> april</w:t>
      </w:r>
      <w:r w:rsidR="0061318D" w:rsidRPr="00FF5E14">
        <w:rPr>
          <w:sz w:val="22"/>
          <w:szCs w:val="24"/>
        </w:rPr>
        <w:t xml:space="preserve"> 2027</w:t>
      </w:r>
    </w:p>
    <w:p w14:paraId="72544E35" w14:textId="0703C3A4" w:rsidR="0061318D" w:rsidRPr="00FF5E14" w:rsidRDefault="0061318D" w:rsidP="002D5FAF">
      <w:pPr>
        <w:rPr>
          <w:sz w:val="22"/>
          <w:szCs w:val="24"/>
        </w:rPr>
      </w:pPr>
      <w:r w:rsidRPr="00FF5E14">
        <w:rPr>
          <w:sz w:val="22"/>
          <w:szCs w:val="24"/>
        </w:rPr>
        <w:t xml:space="preserve">Je volgt in totaal twintig lessen. In de </w:t>
      </w:r>
      <w:r w:rsidRPr="00FF5E14">
        <w:rPr>
          <w:rStyle w:val="s1"/>
          <w:sz w:val="22"/>
          <w:szCs w:val="24"/>
        </w:rPr>
        <w:t>kerstvakantie</w:t>
      </w:r>
      <w:r w:rsidR="005F16AA" w:rsidRPr="00FF5E14">
        <w:rPr>
          <w:rStyle w:val="s1"/>
          <w:sz w:val="22"/>
          <w:szCs w:val="24"/>
        </w:rPr>
        <w:t xml:space="preserve"> en</w:t>
      </w:r>
      <w:r w:rsidRPr="00FF5E14">
        <w:rPr>
          <w:rStyle w:val="s1"/>
          <w:sz w:val="22"/>
          <w:szCs w:val="24"/>
        </w:rPr>
        <w:t xml:space="preserve"> voorjaarsvakantie </w:t>
      </w:r>
      <w:r w:rsidRPr="00FF5E14">
        <w:rPr>
          <w:sz w:val="22"/>
          <w:szCs w:val="24"/>
        </w:rPr>
        <w:t>zijn er geen lessen.</w:t>
      </w:r>
    </w:p>
    <w:p w14:paraId="27493088" w14:textId="77777777" w:rsidR="0061318D" w:rsidRPr="00FF5E14" w:rsidRDefault="0061318D" w:rsidP="002D5FAF">
      <w:pPr>
        <w:rPr>
          <w:sz w:val="22"/>
          <w:szCs w:val="24"/>
        </w:rPr>
      </w:pPr>
      <w:r w:rsidRPr="00FF5E14">
        <w:rPr>
          <w:sz w:val="22"/>
          <w:szCs w:val="24"/>
        </w:rPr>
        <w:t>Het keuzevak telt mee voor je examenprogramma. Je maakt tijdens het keuzevak opdrachten en toetsen. Daarom is het belangrijk dat je bij de lessen aanwezig bent en actief meedoet.</w:t>
      </w:r>
    </w:p>
    <w:p w14:paraId="3DD78CD3" w14:textId="77777777" w:rsidR="0061318D" w:rsidRPr="00FF5E14" w:rsidRDefault="0061318D" w:rsidP="002D5FAF">
      <w:pPr>
        <w:pStyle w:val="Kop2"/>
        <w:rPr>
          <w:rStyle w:val="s1"/>
          <w:color w:val="000000" w:themeColor="text1"/>
          <w:sz w:val="28"/>
          <w:szCs w:val="28"/>
        </w:rPr>
      </w:pPr>
      <w:r w:rsidRPr="00FF5E14">
        <w:rPr>
          <w:rStyle w:val="s1"/>
          <w:color w:val="000000" w:themeColor="text1"/>
          <w:sz w:val="28"/>
          <w:szCs w:val="28"/>
        </w:rPr>
        <w:t>Wat neem je mee?</w:t>
      </w:r>
    </w:p>
    <w:p w14:paraId="69290707" w14:textId="77777777" w:rsidR="00690093" w:rsidRPr="00FF5E14" w:rsidRDefault="0061318D" w:rsidP="002D5FAF">
      <w:pPr>
        <w:rPr>
          <w:sz w:val="22"/>
          <w:szCs w:val="24"/>
        </w:rPr>
      </w:pPr>
      <w:r w:rsidRPr="00FF5E14">
        <w:rPr>
          <w:sz w:val="22"/>
          <w:szCs w:val="24"/>
        </w:rPr>
        <w:t>Wat je tijdens de lessen nodig hebt, verschilt per keuzevak. Denk bijvoorbeeld aan werkkleding, veiligheidsschoenen, een laptop of andere materialen.</w:t>
      </w:r>
      <w:r w:rsidR="00690093" w:rsidRPr="00FF5E14">
        <w:rPr>
          <w:sz w:val="22"/>
          <w:szCs w:val="24"/>
        </w:rPr>
        <w:t xml:space="preserve"> </w:t>
      </w:r>
    </w:p>
    <w:p w14:paraId="38EC94BB" w14:textId="61D951EE" w:rsidR="0061318D" w:rsidRPr="00FF5E14" w:rsidRDefault="0061318D" w:rsidP="002D5FAF">
      <w:pPr>
        <w:rPr>
          <w:sz w:val="22"/>
          <w:szCs w:val="24"/>
        </w:rPr>
      </w:pPr>
      <w:r w:rsidRPr="00FF5E14">
        <w:rPr>
          <w:sz w:val="22"/>
          <w:szCs w:val="24"/>
        </w:rPr>
        <w:t xml:space="preserve">Tijdens de kennismaking op </w:t>
      </w:r>
      <w:r w:rsidRPr="00FF5E14">
        <w:rPr>
          <w:rStyle w:val="s1"/>
          <w:b/>
          <w:bCs/>
          <w:sz w:val="22"/>
          <w:szCs w:val="24"/>
        </w:rPr>
        <w:t>8 oktober</w:t>
      </w:r>
      <w:r w:rsidRPr="00FF5E14">
        <w:rPr>
          <w:sz w:val="22"/>
          <w:szCs w:val="24"/>
        </w:rPr>
        <w:t xml:space="preserve"> hoor je precies wat jij moet meenemen.</w:t>
      </w:r>
    </w:p>
    <w:p w14:paraId="07D170FC" w14:textId="77777777" w:rsidR="005F16AA" w:rsidRPr="00FF5E14" w:rsidRDefault="005F16AA" w:rsidP="005F16AA">
      <w:pPr>
        <w:rPr>
          <w:sz w:val="22"/>
          <w:szCs w:val="24"/>
        </w:rPr>
      </w:pPr>
    </w:p>
    <w:p w14:paraId="4BC69304" w14:textId="77777777" w:rsidR="005F16AA" w:rsidRPr="00FF5E14" w:rsidRDefault="005F16AA" w:rsidP="005F16AA">
      <w:pPr>
        <w:rPr>
          <w:sz w:val="22"/>
          <w:szCs w:val="24"/>
        </w:rPr>
      </w:pPr>
    </w:p>
    <w:p w14:paraId="67129981" w14:textId="77777777" w:rsidR="0061318D" w:rsidRPr="00FF5E14" w:rsidRDefault="0061318D" w:rsidP="002D5FAF">
      <w:pPr>
        <w:pStyle w:val="Kop2"/>
        <w:rPr>
          <w:rStyle w:val="s1"/>
          <w:color w:val="000000" w:themeColor="text1"/>
          <w:sz w:val="28"/>
          <w:szCs w:val="28"/>
        </w:rPr>
      </w:pPr>
      <w:r w:rsidRPr="00FF5E14">
        <w:rPr>
          <w:rStyle w:val="s1"/>
          <w:color w:val="000000" w:themeColor="text1"/>
          <w:sz w:val="28"/>
          <w:szCs w:val="28"/>
        </w:rPr>
        <w:t>Bij wie kun je terecht?</w:t>
      </w:r>
    </w:p>
    <w:p w14:paraId="4F97E652" w14:textId="77777777" w:rsidR="0061318D" w:rsidRPr="00FF5E14" w:rsidRDefault="0061318D" w:rsidP="002D5FAF">
      <w:pPr>
        <w:rPr>
          <w:rFonts w:ascii="Times New Roman" w:hAnsi="Times New Roman"/>
          <w:sz w:val="28"/>
          <w:szCs w:val="24"/>
        </w:rPr>
      </w:pPr>
      <w:r w:rsidRPr="00FF5E14">
        <w:rPr>
          <w:sz w:val="22"/>
          <w:szCs w:val="24"/>
        </w:rPr>
        <w:t xml:space="preserve">Tijdens het keuzevak krijg je les van een </w:t>
      </w:r>
      <w:r w:rsidRPr="00FF5E14">
        <w:rPr>
          <w:rStyle w:val="s1"/>
          <w:sz w:val="22"/>
          <w:szCs w:val="24"/>
        </w:rPr>
        <w:t>mbo-docent</w:t>
      </w:r>
      <w:r w:rsidRPr="00FF5E14">
        <w:rPr>
          <w:sz w:val="22"/>
          <w:szCs w:val="24"/>
        </w:rPr>
        <w:t>. Deze docent geeft de lessen, legt de opdrachten uit en helpt je bij het praktische werk.</w:t>
      </w:r>
    </w:p>
    <w:p w14:paraId="116BA651" w14:textId="77777777" w:rsidR="0061318D" w:rsidRPr="00FF5E14" w:rsidRDefault="0061318D" w:rsidP="002D5FAF">
      <w:pPr>
        <w:rPr>
          <w:sz w:val="22"/>
          <w:szCs w:val="24"/>
        </w:rPr>
      </w:pPr>
      <w:r w:rsidRPr="00FF5E14">
        <w:rPr>
          <w:sz w:val="22"/>
          <w:szCs w:val="24"/>
        </w:rPr>
        <w:t xml:space="preserve">Daarnaast is er een </w:t>
      </w:r>
      <w:r w:rsidRPr="00FF5E14">
        <w:rPr>
          <w:rStyle w:val="s1"/>
          <w:sz w:val="22"/>
          <w:szCs w:val="24"/>
        </w:rPr>
        <w:t>begeleider van een vmbo-school</w:t>
      </w:r>
      <w:r w:rsidRPr="00FF5E14">
        <w:rPr>
          <w:sz w:val="22"/>
          <w:szCs w:val="24"/>
        </w:rPr>
        <w:t xml:space="preserve"> aanwezig. Bij deze begeleider kun je terecht als er iets is dat niet direct over de les gaat. De vmbo-begeleider kan van jouw eigen school zijn, maar ook van een andere vmbo-school.</w:t>
      </w:r>
    </w:p>
    <w:p w14:paraId="69D832B0" w14:textId="15A21C6A" w:rsidR="0061318D" w:rsidRPr="00FF5E14" w:rsidRDefault="0061318D" w:rsidP="002D5FAF">
      <w:pPr>
        <w:rPr>
          <w:sz w:val="22"/>
          <w:szCs w:val="24"/>
        </w:rPr>
      </w:pPr>
      <w:r w:rsidRPr="00FF5E14">
        <w:rPr>
          <w:sz w:val="22"/>
          <w:szCs w:val="24"/>
        </w:rPr>
        <w:t>Je eigen vmbo-school blijft jouw vaste aanspreekpunt</w:t>
      </w:r>
      <w:r w:rsidR="0041514C" w:rsidRPr="00FF5E14">
        <w:rPr>
          <w:sz w:val="22"/>
          <w:szCs w:val="24"/>
        </w:rPr>
        <w:t xml:space="preserve"> buiten de lessen om</w:t>
      </w:r>
      <w:r w:rsidRPr="00FF5E14">
        <w:rPr>
          <w:sz w:val="22"/>
          <w:szCs w:val="24"/>
        </w:rPr>
        <w:t>. Hebben jij of je ouders een vraag, kun je een keer niet aanwezig zijn of is er iets anders aan de hand? Neem dan contact op met jouw mentor, je praktijkdocent of de contactpersoon op jouw eigen school.</w:t>
      </w:r>
    </w:p>
    <w:p w14:paraId="261D6BCC" w14:textId="77777777" w:rsidR="0061318D" w:rsidRPr="00FF5E14" w:rsidRDefault="0061318D" w:rsidP="002D5FAF">
      <w:pPr>
        <w:pStyle w:val="Kop2"/>
        <w:rPr>
          <w:rStyle w:val="s1"/>
          <w:color w:val="000000" w:themeColor="text1"/>
          <w:sz w:val="28"/>
          <w:szCs w:val="28"/>
        </w:rPr>
      </w:pPr>
      <w:r w:rsidRPr="00FF5E14">
        <w:rPr>
          <w:rStyle w:val="s1"/>
          <w:color w:val="000000" w:themeColor="text1"/>
          <w:sz w:val="28"/>
          <w:szCs w:val="28"/>
        </w:rPr>
        <w:t>Wat verwachten we van jou?</w:t>
      </w:r>
    </w:p>
    <w:p w14:paraId="51BD2D20" w14:textId="66191D34" w:rsidR="0061318D" w:rsidRPr="00FF5E14" w:rsidRDefault="0061318D" w:rsidP="002D5FAF">
      <w:pPr>
        <w:rPr>
          <w:sz w:val="22"/>
          <w:szCs w:val="24"/>
        </w:rPr>
      </w:pPr>
      <w:r w:rsidRPr="00FF5E14">
        <w:rPr>
          <w:sz w:val="22"/>
          <w:szCs w:val="24"/>
        </w:rPr>
        <w:t xml:space="preserve">Je krijgt de kans om twintig weken op een mbo-locatie te leren en te werken. Daar hoort ook verantwoordelijkheid bij. We verwachten dat je op tijd bent, actief meedoet en de afspraken van de mbo-locatie volgt. Je luistert naar de </w:t>
      </w:r>
      <w:r w:rsidR="00D17E17" w:rsidRPr="00FF5E14">
        <w:rPr>
          <w:sz w:val="22"/>
          <w:szCs w:val="24"/>
        </w:rPr>
        <w:t>mbo-</w:t>
      </w:r>
      <w:r w:rsidRPr="00FF5E14">
        <w:rPr>
          <w:sz w:val="22"/>
          <w:szCs w:val="24"/>
        </w:rPr>
        <w:t>docent, werkt veilig en gaat netjes om met materialen, machines en gereedschappen. Kun je een keer niet komen? Dan meld je dit volgens de afspraken van jouw eigen school.</w:t>
      </w:r>
    </w:p>
    <w:p w14:paraId="6179116B" w14:textId="77777777" w:rsidR="0061318D" w:rsidRDefault="0061318D" w:rsidP="002D5FAF">
      <w:pPr>
        <w:rPr>
          <w:rStyle w:val="s1"/>
          <w:sz w:val="22"/>
          <w:szCs w:val="24"/>
        </w:rPr>
      </w:pPr>
      <w:r w:rsidRPr="00FF5E14">
        <w:rPr>
          <w:sz w:val="22"/>
          <w:szCs w:val="24"/>
        </w:rPr>
        <w:t xml:space="preserve">Je hoeft nog niet alles te weten of te kunnen. </w:t>
      </w:r>
      <w:r w:rsidRPr="00FF5E14">
        <w:rPr>
          <w:rStyle w:val="s1"/>
          <w:sz w:val="22"/>
          <w:szCs w:val="24"/>
        </w:rPr>
        <w:t xml:space="preserve">Je bent er juist om nieuwe dingen te leren, techniek en technologie te ontdekken en te ervaren hoe het is om op het </w:t>
      </w:r>
      <w:proofErr w:type="gramStart"/>
      <w:r w:rsidRPr="00FF5E14">
        <w:rPr>
          <w:rStyle w:val="s1"/>
          <w:sz w:val="22"/>
          <w:szCs w:val="24"/>
        </w:rPr>
        <w:t>mbo les</w:t>
      </w:r>
      <w:proofErr w:type="gramEnd"/>
      <w:r w:rsidRPr="00FF5E14">
        <w:rPr>
          <w:rStyle w:val="s1"/>
          <w:sz w:val="22"/>
          <w:szCs w:val="24"/>
        </w:rPr>
        <w:t xml:space="preserve"> te krijgen.</w:t>
      </w:r>
    </w:p>
    <w:p w14:paraId="647624FE" w14:textId="77777777" w:rsidR="00FF5E14" w:rsidRPr="00FF5E14" w:rsidRDefault="00FF5E14" w:rsidP="002D5FAF">
      <w:pPr>
        <w:rPr>
          <w:sz w:val="22"/>
          <w:szCs w:val="24"/>
        </w:rPr>
      </w:pPr>
    </w:p>
    <w:p w14:paraId="7C9E2C2E" w14:textId="207479E3" w:rsidR="0061318D" w:rsidRPr="00FF5E14" w:rsidRDefault="0061318D" w:rsidP="002D5FAF">
      <w:pPr>
        <w:pStyle w:val="Kop2"/>
        <w:rPr>
          <w:color w:val="000000" w:themeColor="text1"/>
          <w:sz w:val="28"/>
          <w:szCs w:val="28"/>
        </w:rPr>
      </w:pPr>
      <w:r w:rsidRPr="00FF5E14">
        <w:rPr>
          <w:rStyle w:val="s1"/>
          <w:color w:val="000000" w:themeColor="text1"/>
          <w:sz w:val="28"/>
          <w:szCs w:val="28"/>
        </w:rPr>
        <w:t>Laat dit ook lezen door je ouders/verzorge</w:t>
      </w:r>
      <w:r w:rsidR="004B3654" w:rsidRPr="00FF5E14">
        <w:rPr>
          <w:rStyle w:val="s1"/>
          <w:color w:val="000000" w:themeColor="text1"/>
          <w:sz w:val="28"/>
          <w:szCs w:val="28"/>
        </w:rPr>
        <w:t>rs!</w:t>
      </w:r>
    </w:p>
    <w:p w14:paraId="5B11D9A5" w14:textId="77777777" w:rsidR="0061318D" w:rsidRPr="00FF5E14" w:rsidRDefault="0061318D" w:rsidP="002D5FAF">
      <w:pPr>
        <w:rPr>
          <w:sz w:val="22"/>
          <w:szCs w:val="24"/>
        </w:rPr>
      </w:pPr>
      <w:r w:rsidRPr="00FF5E14">
        <w:rPr>
          <w:sz w:val="22"/>
          <w:szCs w:val="24"/>
        </w:rPr>
        <w:t>Beste ouders/verzorger,</w:t>
      </w:r>
    </w:p>
    <w:p w14:paraId="56D76F39" w14:textId="77777777" w:rsidR="0061318D" w:rsidRPr="00FF5E14" w:rsidRDefault="0061318D" w:rsidP="002D5FAF">
      <w:pPr>
        <w:rPr>
          <w:sz w:val="22"/>
          <w:szCs w:val="24"/>
        </w:rPr>
      </w:pPr>
      <w:r w:rsidRPr="00FF5E14">
        <w:rPr>
          <w:sz w:val="22"/>
          <w:szCs w:val="24"/>
        </w:rPr>
        <w:t>Uw kind volgt het keuzevak op een andere locatie dan de eigen vmbo-school en samen met leerlingen van andere scholen. Dat is een mooie kans, maar vraagt ook wat extra zelfstandigheid.</w:t>
      </w:r>
    </w:p>
    <w:p w14:paraId="21D2C735" w14:textId="77777777" w:rsidR="0061318D" w:rsidRPr="00FF5E14" w:rsidRDefault="0061318D" w:rsidP="002D5FAF">
      <w:pPr>
        <w:rPr>
          <w:sz w:val="22"/>
          <w:szCs w:val="24"/>
        </w:rPr>
      </w:pPr>
      <w:r w:rsidRPr="00FF5E14">
        <w:rPr>
          <w:sz w:val="22"/>
          <w:szCs w:val="24"/>
        </w:rPr>
        <w:t>We vragen u om samen met uw kind de praktische informatie en de reis naar de mbo-locatie te bekijken en uw kind te stimuleren om op tijd te zijn en de lessen serieus te volgen.</w:t>
      </w:r>
    </w:p>
    <w:p w14:paraId="2E310C81" w14:textId="77777777" w:rsidR="0061318D" w:rsidRPr="00FF5E14" w:rsidRDefault="0061318D" w:rsidP="002D5FAF">
      <w:pPr>
        <w:rPr>
          <w:sz w:val="22"/>
          <w:szCs w:val="24"/>
        </w:rPr>
      </w:pPr>
      <w:r w:rsidRPr="00FF5E14">
        <w:rPr>
          <w:sz w:val="22"/>
          <w:szCs w:val="24"/>
        </w:rPr>
        <w:t xml:space="preserve">Ook nodigen we u uit om op </w:t>
      </w:r>
      <w:r w:rsidRPr="00FF5E14">
        <w:rPr>
          <w:rStyle w:val="s1"/>
          <w:b/>
          <w:bCs/>
          <w:sz w:val="22"/>
          <w:szCs w:val="24"/>
        </w:rPr>
        <w:t>8 oktober om 15.30 uur</w:t>
      </w:r>
      <w:r w:rsidRPr="00FF5E14">
        <w:rPr>
          <w:sz w:val="22"/>
          <w:szCs w:val="24"/>
        </w:rPr>
        <w:t xml:space="preserve"> samen met uw kind naar de kennismaking te komen. Zo ziet u waar uw kind de komende periode les krijgt, maakt u kennis met de mbo-locatie en de begeleiding en hoort u wat u en uw kind kunnen verwachten.</w:t>
      </w:r>
    </w:p>
    <w:p w14:paraId="2AB978F2" w14:textId="77777777" w:rsidR="0061318D" w:rsidRPr="00FF5E14" w:rsidRDefault="0061318D" w:rsidP="002D5FAF">
      <w:pPr>
        <w:rPr>
          <w:sz w:val="22"/>
          <w:szCs w:val="24"/>
        </w:rPr>
      </w:pPr>
    </w:p>
    <w:p w14:paraId="2861ABB7" w14:textId="77777777" w:rsidR="0061318D" w:rsidRPr="00FF5E14" w:rsidRDefault="0061318D" w:rsidP="002D5FAF">
      <w:pPr>
        <w:rPr>
          <w:sz w:val="22"/>
          <w:szCs w:val="24"/>
        </w:rPr>
      </w:pPr>
      <w:r w:rsidRPr="00FF5E14">
        <w:rPr>
          <w:sz w:val="22"/>
          <w:szCs w:val="24"/>
        </w:rPr>
        <w:t>Hartelijke groet,</w:t>
      </w:r>
    </w:p>
    <w:p w14:paraId="4605501D" w14:textId="77777777" w:rsidR="0061318D" w:rsidRPr="00FF5E14" w:rsidRDefault="0061318D" w:rsidP="0061318D">
      <w:pPr>
        <w:rPr>
          <w:rStyle w:val="s2"/>
          <w:sz w:val="22"/>
          <w:szCs w:val="24"/>
        </w:rPr>
      </w:pPr>
      <w:r w:rsidRPr="00FF5E14">
        <w:rPr>
          <w:sz w:val="22"/>
          <w:szCs w:val="24"/>
        </w:rPr>
        <w:t>[</w:t>
      </w:r>
      <w:proofErr w:type="gramStart"/>
      <w:r w:rsidRPr="00FF5E14">
        <w:rPr>
          <w:sz w:val="22"/>
          <w:szCs w:val="24"/>
        </w:rPr>
        <w:t>naam</w:t>
      </w:r>
      <w:proofErr w:type="gramEnd"/>
      <w:r w:rsidRPr="00FF5E14">
        <w:rPr>
          <w:sz w:val="22"/>
          <w:szCs w:val="24"/>
        </w:rPr>
        <w:t xml:space="preserve"> praktijkdocent/mentor]</w:t>
      </w:r>
      <w:r w:rsidRPr="00FF5E14">
        <w:rPr>
          <w:sz w:val="22"/>
          <w:szCs w:val="24"/>
        </w:rPr>
        <w:br/>
      </w:r>
      <w:r w:rsidRPr="00FF5E14">
        <w:rPr>
          <w:rStyle w:val="s2"/>
          <w:sz w:val="22"/>
          <w:szCs w:val="24"/>
        </w:rPr>
        <w:t xml:space="preserve">[naam </w:t>
      </w:r>
      <w:proofErr w:type="gramStart"/>
      <w:r w:rsidRPr="00FF5E14">
        <w:rPr>
          <w:rStyle w:val="s2"/>
          <w:sz w:val="22"/>
          <w:szCs w:val="24"/>
        </w:rPr>
        <w:t>vmbo school</w:t>
      </w:r>
      <w:proofErr w:type="gramEnd"/>
      <w:r w:rsidRPr="00FF5E14">
        <w:rPr>
          <w:rStyle w:val="s2"/>
          <w:sz w:val="22"/>
          <w:szCs w:val="24"/>
        </w:rPr>
        <w:t>]</w:t>
      </w:r>
    </w:p>
    <w:p w14:paraId="300A8BCA" w14:textId="77777777" w:rsidR="0061318D" w:rsidRPr="00FF5E14" w:rsidRDefault="0061318D" w:rsidP="0061318D">
      <w:pPr>
        <w:rPr>
          <w:rStyle w:val="s2"/>
          <w:sz w:val="22"/>
          <w:szCs w:val="24"/>
        </w:rPr>
      </w:pPr>
    </w:p>
    <w:p w14:paraId="16931EA2" w14:textId="77777777" w:rsidR="0061318D" w:rsidRPr="00FF5E14" w:rsidRDefault="0061318D" w:rsidP="0061318D">
      <w:pPr>
        <w:rPr>
          <w:rStyle w:val="s2"/>
          <w:sz w:val="22"/>
          <w:szCs w:val="24"/>
        </w:rPr>
      </w:pPr>
    </w:p>
    <w:p w14:paraId="2C91F098" w14:textId="77777777" w:rsidR="0061318D" w:rsidRPr="00FF5E14" w:rsidRDefault="0061318D" w:rsidP="0061318D">
      <w:pPr>
        <w:rPr>
          <w:rStyle w:val="s2"/>
          <w:sz w:val="22"/>
          <w:szCs w:val="24"/>
        </w:rPr>
      </w:pPr>
    </w:p>
    <w:p w14:paraId="0D80E010" w14:textId="77777777" w:rsidR="0061318D" w:rsidRPr="00FF5E14" w:rsidRDefault="0061318D" w:rsidP="0061318D">
      <w:pPr>
        <w:rPr>
          <w:rStyle w:val="s2"/>
          <w:sz w:val="22"/>
          <w:szCs w:val="24"/>
        </w:rPr>
      </w:pPr>
    </w:p>
    <w:tbl>
      <w:tblPr>
        <w:tblStyle w:val="Tabelraste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15"/>
        <w:gridCol w:w="5111"/>
      </w:tblGrid>
      <w:tr w:rsidR="000377A5" w:rsidRPr="00A8650D" w14:paraId="6F1695E4" w14:textId="77777777" w:rsidTr="00C96065">
        <w:tc>
          <w:tcPr>
            <w:tcW w:w="9926" w:type="dxa"/>
            <w:gridSpan w:val="2"/>
            <w:shd w:val="clear" w:color="auto" w:fill="D9D9D9" w:themeFill="background1" w:themeFillShade="D9"/>
          </w:tcPr>
          <w:p w14:paraId="48DD5BC6" w14:textId="3C12D855" w:rsidR="000377A5" w:rsidRPr="00A8650D" w:rsidRDefault="000377A5" w:rsidP="00B2266F">
            <w:pPr>
              <w:jc w:val="center"/>
              <w:rPr>
                <w:b/>
                <w:bCs/>
                <w:sz w:val="24"/>
                <w:szCs w:val="24"/>
                <w:lang w:eastAsia="nl-NL"/>
              </w:rPr>
            </w:pPr>
            <w:proofErr w:type="spellStart"/>
            <w:r w:rsidRPr="00A8650D">
              <w:rPr>
                <w:b/>
                <w:bCs/>
                <w:sz w:val="24"/>
                <w:szCs w:val="24"/>
                <w:lang w:eastAsia="nl-NL"/>
              </w:rPr>
              <w:lastRenderedPageBreak/>
              <w:t>Lentiz</w:t>
            </w:r>
            <w:proofErr w:type="spellEnd"/>
            <w:r w:rsidRPr="00A8650D">
              <w:rPr>
                <w:b/>
                <w:bCs/>
                <w:sz w:val="24"/>
                <w:szCs w:val="24"/>
                <w:lang w:eastAsia="nl-NL"/>
              </w:rPr>
              <w:t xml:space="preserve"> MBO Oostla</w:t>
            </w:r>
            <w:r w:rsidR="00CA2729" w:rsidRPr="00A8650D">
              <w:rPr>
                <w:b/>
                <w:bCs/>
                <w:sz w:val="24"/>
                <w:szCs w:val="24"/>
                <w:lang w:eastAsia="nl-NL"/>
              </w:rPr>
              <w:t>nd</w:t>
            </w:r>
          </w:p>
        </w:tc>
      </w:tr>
      <w:tr w:rsidR="000377A5" w:rsidRPr="00FF5E14" w14:paraId="31B29E5C" w14:textId="77777777" w:rsidTr="00B2266F">
        <w:tc>
          <w:tcPr>
            <w:tcW w:w="4815" w:type="dxa"/>
          </w:tcPr>
          <w:p w14:paraId="1E924E54" w14:textId="5144824D" w:rsidR="001D1409" w:rsidRPr="00A8650D" w:rsidRDefault="001D1409" w:rsidP="00B2266F">
            <w:pPr>
              <w:rPr>
                <w:sz w:val="20"/>
                <w:szCs w:val="20"/>
                <w:lang w:eastAsia="nl-NL"/>
              </w:rPr>
            </w:pPr>
            <w:r w:rsidRPr="00A8650D">
              <w:rPr>
                <w:sz w:val="20"/>
                <w:szCs w:val="20"/>
                <w:lang w:eastAsia="nl-NL"/>
              </w:rPr>
              <w:t>Keuzevak:</w:t>
            </w:r>
          </w:p>
          <w:p w14:paraId="1C3D3209" w14:textId="7AB5768F" w:rsidR="000377A5" w:rsidRPr="00A8650D" w:rsidRDefault="000377A5" w:rsidP="001D1409">
            <w:pPr>
              <w:pStyle w:val="Lijstalinea"/>
              <w:numPr>
                <w:ilvl w:val="0"/>
                <w:numId w:val="21"/>
              </w:numPr>
              <w:ind w:left="171" w:hanging="171"/>
              <w:rPr>
                <w:b/>
                <w:bCs/>
                <w:sz w:val="20"/>
                <w:szCs w:val="20"/>
                <w:lang w:eastAsia="nl-NL"/>
              </w:rPr>
            </w:pPr>
            <w:r w:rsidRPr="00A8650D">
              <w:rPr>
                <w:b/>
                <w:bCs/>
                <w:sz w:val="20"/>
                <w:szCs w:val="20"/>
                <w:lang w:eastAsia="nl-NL"/>
              </w:rPr>
              <w:t>Groei en oogst</w:t>
            </w:r>
          </w:p>
          <w:p w14:paraId="5081394C" w14:textId="4A49795B" w:rsidR="000377A5" w:rsidRPr="00A8650D" w:rsidRDefault="000377A5" w:rsidP="001D1409">
            <w:pPr>
              <w:pStyle w:val="Lijstalinea"/>
              <w:numPr>
                <w:ilvl w:val="0"/>
                <w:numId w:val="21"/>
              </w:numPr>
              <w:ind w:left="171" w:hanging="171"/>
              <w:rPr>
                <w:b/>
                <w:bCs/>
                <w:sz w:val="20"/>
                <w:szCs w:val="20"/>
                <w:lang w:eastAsia="nl-NL"/>
              </w:rPr>
            </w:pPr>
            <w:r w:rsidRPr="00A8650D">
              <w:rPr>
                <w:b/>
                <w:bCs/>
                <w:sz w:val="20"/>
                <w:szCs w:val="20"/>
                <w:lang w:eastAsia="nl-NL"/>
              </w:rPr>
              <w:t>Werk in tuin en landscha</w:t>
            </w:r>
            <w:r w:rsidR="00B2266F" w:rsidRPr="00A8650D">
              <w:rPr>
                <w:b/>
                <w:bCs/>
                <w:sz w:val="20"/>
                <w:szCs w:val="20"/>
                <w:lang w:eastAsia="nl-NL"/>
              </w:rPr>
              <w:t>p</w:t>
            </w:r>
          </w:p>
        </w:tc>
        <w:tc>
          <w:tcPr>
            <w:tcW w:w="5111" w:type="dxa"/>
          </w:tcPr>
          <w:p w14:paraId="2FE1EDF4" w14:textId="1526B28D" w:rsidR="000377A5" w:rsidRPr="00A8650D" w:rsidRDefault="00B2266F" w:rsidP="00CA2729">
            <w:pPr>
              <w:rPr>
                <w:sz w:val="20"/>
                <w:szCs w:val="20"/>
                <w:lang w:eastAsia="nl-NL"/>
              </w:rPr>
            </w:pPr>
            <w:r w:rsidRPr="00A8650D">
              <w:rPr>
                <w:sz w:val="20"/>
                <w:szCs w:val="20"/>
                <w:lang w:eastAsia="nl-NL"/>
              </w:rPr>
              <w:t xml:space="preserve">Adres: </w:t>
            </w:r>
            <w:r w:rsidR="000377A5" w:rsidRPr="00A8650D">
              <w:rPr>
                <w:b/>
                <w:bCs/>
                <w:sz w:val="20"/>
                <w:szCs w:val="20"/>
                <w:lang w:eastAsia="nl-NL"/>
              </w:rPr>
              <w:t>Wilgenlei 2</w:t>
            </w:r>
            <w:r w:rsidR="006A7749" w:rsidRPr="00A8650D">
              <w:rPr>
                <w:b/>
                <w:bCs/>
                <w:sz w:val="20"/>
                <w:szCs w:val="20"/>
                <w:lang w:eastAsia="nl-NL"/>
              </w:rPr>
              <w:t xml:space="preserve">b, </w:t>
            </w:r>
            <w:r w:rsidR="000377A5" w:rsidRPr="00A8650D">
              <w:rPr>
                <w:b/>
                <w:bCs/>
                <w:sz w:val="20"/>
                <w:szCs w:val="20"/>
                <w:lang w:eastAsia="nl-NL"/>
              </w:rPr>
              <w:t>Bleiswijk</w:t>
            </w:r>
          </w:p>
          <w:p w14:paraId="088000FD" w14:textId="72F15E7C" w:rsidR="000377A5" w:rsidRPr="00A8650D" w:rsidRDefault="00B2266F" w:rsidP="00CA2729">
            <w:pPr>
              <w:rPr>
                <w:sz w:val="20"/>
                <w:szCs w:val="20"/>
                <w:lang w:eastAsia="nl-NL"/>
              </w:rPr>
            </w:pPr>
            <w:r w:rsidRPr="00A8650D">
              <w:rPr>
                <w:sz w:val="20"/>
                <w:szCs w:val="20"/>
                <w:lang w:eastAsia="nl-NL"/>
              </w:rPr>
              <w:t xml:space="preserve">Meld je bij het </w:t>
            </w:r>
            <w:r w:rsidRPr="00A8650D">
              <w:rPr>
                <w:rStyle w:val="s2"/>
                <w:sz w:val="20"/>
                <w:szCs w:val="20"/>
              </w:rPr>
              <w:t xml:space="preserve">grijze gebouw waarop </w:t>
            </w:r>
            <w:proofErr w:type="spellStart"/>
            <w:r w:rsidRPr="00A8650D">
              <w:rPr>
                <w:rStyle w:val="s2"/>
                <w:sz w:val="20"/>
                <w:szCs w:val="20"/>
              </w:rPr>
              <w:t>Lentiz</w:t>
            </w:r>
            <w:proofErr w:type="spellEnd"/>
            <w:r w:rsidRPr="00A8650D">
              <w:rPr>
                <w:rStyle w:val="s2"/>
                <w:sz w:val="20"/>
                <w:szCs w:val="20"/>
              </w:rPr>
              <w:t xml:space="preserve"> MBO Oostland staat.</w:t>
            </w:r>
          </w:p>
        </w:tc>
      </w:tr>
      <w:tr w:rsidR="00B51FA9" w:rsidRPr="00FF5E14" w14:paraId="6118B92B" w14:textId="77777777" w:rsidTr="00B2266F">
        <w:tc>
          <w:tcPr>
            <w:tcW w:w="9926" w:type="dxa"/>
            <w:gridSpan w:val="2"/>
          </w:tcPr>
          <w:p w14:paraId="322B62FE" w14:textId="26963E91" w:rsidR="002C2C42" w:rsidRPr="00A8650D" w:rsidRDefault="002C2C42" w:rsidP="002C2C42">
            <w:pPr>
              <w:rPr>
                <w:sz w:val="20"/>
                <w:szCs w:val="20"/>
                <w:lang w:eastAsia="nl-NL"/>
              </w:rPr>
            </w:pPr>
            <w:r w:rsidRPr="00A8650D">
              <w:rPr>
                <w:sz w:val="20"/>
                <w:szCs w:val="20"/>
                <w:lang w:eastAsia="nl-NL"/>
              </w:rPr>
              <w:t xml:space="preserve">Maak gebruik van metrolijn E richting Den Haag CS. Stap uit bij Metrostation Rodenrijs en pak vanaf hier bus 173 richting Lansingerland. Stap uit bij Bushalte </w:t>
            </w:r>
            <w:proofErr w:type="spellStart"/>
            <w:r w:rsidRPr="00A8650D">
              <w:rPr>
                <w:sz w:val="20"/>
                <w:szCs w:val="20"/>
                <w:lang w:eastAsia="nl-NL"/>
              </w:rPr>
              <w:t>Eendendreef</w:t>
            </w:r>
            <w:proofErr w:type="spellEnd"/>
            <w:r w:rsidRPr="00A8650D">
              <w:rPr>
                <w:sz w:val="20"/>
                <w:szCs w:val="20"/>
                <w:lang w:eastAsia="nl-NL"/>
              </w:rPr>
              <w:t xml:space="preserve"> in Bleiswijk.  Vanaf de bushalte is het ongeveer 15 minuten lopen naar onze school.</w:t>
            </w:r>
          </w:p>
          <w:p w14:paraId="2D618A3E" w14:textId="77777777" w:rsidR="00375DEA" w:rsidRPr="00A8650D" w:rsidRDefault="002C2C42" w:rsidP="002C2C42">
            <w:pPr>
              <w:rPr>
                <w:sz w:val="20"/>
                <w:szCs w:val="20"/>
                <w:lang w:eastAsia="nl-NL"/>
              </w:rPr>
            </w:pPr>
            <w:r w:rsidRPr="00A8650D">
              <w:rPr>
                <w:sz w:val="20"/>
                <w:szCs w:val="20"/>
                <w:lang w:eastAsia="nl-NL"/>
              </w:rPr>
              <w:t xml:space="preserve"> Je fiets kan je bij ons op het schoolterrein parkeren. Voor een elektrische fiets hebben we niet de mogelijkheid om deze op te laden. Zorg dus dat je met een volle accu vertrekt.</w:t>
            </w:r>
          </w:p>
          <w:p w14:paraId="2EB4972F" w14:textId="45816AA3" w:rsidR="00AF0690" w:rsidRPr="00A8650D" w:rsidRDefault="00AF0690" w:rsidP="002C2C42">
            <w:pPr>
              <w:rPr>
                <w:sz w:val="20"/>
                <w:szCs w:val="20"/>
                <w:lang w:eastAsia="nl-NL"/>
              </w:rPr>
            </w:pPr>
          </w:p>
        </w:tc>
      </w:tr>
      <w:tr w:rsidR="00B2266F" w:rsidRPr="00A8650D" w14:paraId="7B712369" w14:textId="77777777" w:rsidTr="00C96065">
        <w:tc>
          <w:tcPr>
            <w:tcW w:w="9926" w:type="dxa"/>
            <w:gridSpan w:val="2"/>
            <w:shd w:val="clear" w:color="auto" w:fill="D9D9D9" w:themeFill="background1" w:themeFillShade="D9"/>
          </w:tcPr>
          <w:p w14:paraId="06837020" w14:textId="6775CC39" w:rsidR="00B2266F" w:rsidRPr="00A8650D" w:rsidRDefault="006A7749" w:rsidP="002D5FAF">
            <w:pPr>
              <w:jc w:val="center"/>
              <w:rPr>
                <w:b/>
                <w:bCs/>
                <w:sz w:val="24"/>
                <w:szCs w:val="24"/>
                <w:lang w:eastAsia="nl-NL"/>
              </w:rPr>
            </w:pPr>
            <w:r w:rsidRPr="00A8650D">
              <w:rPr>
                <w:b/>
                <w:bCs/>
                <w:sz w:val="24"/>
                <w:szCs w:val="24"/>
                <w:lang w:eastAsia="nl-NL"/>
              </w:rPr>
              <w:t>Grafisch Lyceum Rotterdam</w:t>
            </w:r>
          </w:p>
        </w:tc>
      </w:tr>
      <w:tr w:rsidR="00B2266F" w:rsidRPr="00FF5E14" w14:paraId="4316E2AC" w14:textId="77777777" w:rsidTr="002D5FAF">
        <w:tc>
          <w:tcPr>
            <w:tcW w:w="4815" w:type="dxa"/>
          </w:tcPr>
          <w:p w14:paraId="20EF2231" w14:textId="77777777" w:rsidR="001D1409" w:rsidRPr="00A8650D" w:rsidRDefault="001D1409" w:rsidP="001D1409">
            <w:pPr>
              <w:rPr>
                <w:sz w:val="20"/>
                <w:szCs w:val="20"/>
                <w:lang w:eastAsia="nl-NL"/>
              </w:rPr>
            </w:pPr>
            <w:r w:rsidRPr="00A8650D">
              <w:rPr>
                <w:sz w:val="20"/>
                <w:szCs w:val="20"/>
                <w:lang w:eastAsia="nl-NL"/>
              </w:rPr>
              <w:t>Keuzevak:</w:t>
            </w:r>
          </w:p>
          <w:p w14:paraId="5D604897" w14:textId="2F62BE2A" w:rsidR="006A7749" w:rsidRPr="00A8650D" w:rsidRDefault="006A7749" w:rsidP="001D1409">
            <w:pPr>
              <w:pStyle w:val="Lijstalinea"/>
              <w:numPr>
                <w:ilvl w:val="0"/>
                <w:numId w:val="21"/>
              </w:numPr>
              <w:ind w:left="171" w:hanging="171"/>
              <w:rPr>
                <w:b/>
                <w:bCs/>
                <w:sz w:val="20"/>
                <w:szCs w:val="20"/>
                <w:lang w:eastAsia="nl-NL"/>
              </w:rPr>
            </w:pPr>
            <w:r w:rsidRPr="00A8650D">
              <w:rPr>
                <w:b/>
                <w:bCs/>
                <w:sz w:val="20"/>
                <w:szCs w:val="20"/>
                <w:lang w:eastAsia="nl-NL"/>
              </w:rPr>
              <w:t>Applicatieontwikkeling</w:t>
            </w:r>
          </w:p>
          <w:p w14:paraId="44F63358" w14:textId="3E851B26" w:rsidR="00B2266F" w:rsidRPr="00A8650D" w:rsidRDefault="006A7749" w:rsidP="0089248A">
            <w:pPr>
              <w:pStyle w:val="Lijstalinea"/>
              <w:numPr>
                <w:ilvl w:val="0"/>
                <w:numId w:val="21"/>
              </w:numPr>
              <w:ind w:left="171" w:hanging="171"/>
              <w:rPr>
                <w:b/>
                <w:bCs/>
                <w:sz w:val="20"/>
                <w:szCs w:val="20"/>
                <w:lang w:eastAsia="nl-NL"/>
              </w:rPr>
            </w:pPr>
            <w:r w:rsidRPr="00A8650D">
              <w:rPr>
                <w:b/>
                <w:bCs/>
                <w:sz w:val="20"/>
                <w:szCs w:val="20"/>
                <w:lang w:eastAsia="nl-NL"/>
              </w:rPr>
              <w:t>Innovatie en prototyping</w:t>
            </w:r>
          </w:p>
        </w:tc>
        <w:tc>
          <w:tcPr>
            <w:tcW w:w="5111" w:type="dxa"/>
          </w:tcPr>
          <w:p w14:paraId="3D8C1258" w14:textId="77777777" w:rsidR="00B2266F" w:rsidRPr="00A8650D" w:rsidRDefault="00B2266F" w:rsidP="002D5FAF">
            <w:pPr>
              <w:rPr>
                <w:sz w:val="20"/>
                <w:szCs w:val="20"/>
                <w:lang w:eastAsia="nl-NL"/>
              </w:rPr>
            </w:pPr>
            <w:r w:rsidRPr="00A8650D">
              <w:rPr>
                <w:sz w:val="20"/>
                <w:szCs w:val="20"/>
                <w:lang w:eastAsia="nl-NL"/>
              </w:rPr>
              <w:t xml:space="preserve">Adres: </w:t>
            </w:r>
            <w:r w:rsidR="006A7749" w:rsidRPr="00A8650D">
              <w:rPr>
                <w:b/>
                <w:bCs/>
                <w:sz w:val="20"/>
                <w:szCs w:val="20"/>
                <w:lang w:eastAsia="nl-NL"/>
              </w:rPr>
              <w:t xml:space="preserve">Heer </w:t>
            </w:r>
            <w:proofErr w:type="spellStart"/>
            <w:r w:rsidR="006A7749" w:rsidRPr="00A8650D">
              <w:rPr>
                <w:b/>
                <w:bCs/>
                <w:sz w:val="20"/>
                <w:szCs w:val="20"/>
                <w:lang w:eastAsia="nl-NL"/>
              </w:rPr>
              <w:t>Bokelweg</w:t>
            </w:r>
            <w:proofErr w:type="spellEnd"/>
            <w:r w:rsidR="006A7749" w:rsidRPr="00A8650D">
              <w:rPr>
                <w:b/>
                <w:bCs/>
                <w:sz w:val="20"/>
                <w:szCs w:val="20"/>
                <w:lang w:eastAsia="nl-NL"/>
              </w:rPr>
              <w:t xml:space="preserve"> 255, Rotterdam</w:t>
            </w:r>
          </w:p>
          <w:p w14:paraId="378F10B4" w14:textId="77777777" w:rsidR="00016821" w:rsidRPr="00A8650D" w:rsidRDefault="00267BBC" w:rsidP="002D5FAF">
            <w:pPr>
              <w:rPr>
                <w:sz w:val="20"/>
                <w:szCs w:val="20"/>
                <w:lang w:eastAsia="nl-NL"/>
              </w:rPr>
            </w:pPr>
            <w:r w:rsidRPr="00A8650D">
              <w:rPr>
                <w:sz w:val="20"/>
                <w:szCs w:val="20"/>
                <w:lang w:eastAsia="nl-NL"/>
              </w:rPr>
              <w:t>Melden aan de receptie bij de ingang</w:t>
            </w:r>
          </w:p>
          <w:p w14:paraId="47EBFB5C" w14:textId="57125527" w:rsidR="00AF0690" w:rsidRPr="00A8650D" w:rsidRDefault="00AF0690" w:rsidP="002D5FAF">
            <w:pPr>
              <w:rPr>
                <w:sz w:val="20"/>
                <w:szCs w:val="20"/>
                <w:lang w:eastAsia="nl-NL"/>
              </w:rPr>
            </w:pPr>
          </w:p>
        </w:tc>
      </w:tr>
      <w:tr w:rsidR="00B2266F" w:rsidRPr="00FF5E14" w14:paraId="6134B088" w14:textId="77777777" w:rsidTr="002D5FAF">
        <w:tc>
          <w:tcPr>
            <w:tcW w:w="9926" w:type="dxa"/>
            <w:gridSpan w:val="2"/>
          </w:tcPr>
          <w:p w14:paraId="6002A9B0" w14:textId="50F6B770" w:rsidR="00E71B1D" w:rsidRPr="00A8650D" w:rsidRDefault="00E71B1D" w:rsidP="000A349A">
            <w:pPr>
              <w:rPr>
                <w:sz w:val="20"/>
                <w:szCs w:val="20"/>
                <w:lang w:eastAsia="nl-NL"/>
              </w:rPr>
            </w:pPr>
          </w:p>
        </w:tc>
      </w:tr>
      <w:tr w:rsidR="00B2266F" w:rsidRPr="00A8650D" w14:paraId="2F7362B1" w14:textId="77777777" w:rsidTr="00C96065">
        <w:tc>
          <w:tcPr>
            <w:tcW w:w="9926" w:type="dxa"/>
            <w:gridSpan w:val="2"/>
            <w:shd w:val="clear" w:color="auto" w:fill="D9D9D9" w:themeFill="background1" w:themeFillShade="D9"/>
            <w:vAlign w:val="center"/>
          </w:tcPr>
          <w:p w14:paraId="17EB0D8C" w14:textId="2852BDF5" w:rsidR="00B2266F" w:rsidRPr="00A8650D" w:rsidRDefault="006A7749" w:rsidP="0005510E">
            <w:pPr>
              <w:jc w:val="center"/>
              <w:rPr>
                <w:b/>
                <w:bCs/>
                <w:sz w:val="24"/>
                <w:szCs w:val="24"/>
                <w:lang w:eastAsia="nl-NL"/>
              </w:rPr>
            </w:pPr>
            <w:r w:rsidRPr="00A8650D">
              <w:rPr>
                <w:b/>
                <w:bCs/>
                <w:sz w:val="24"/>
                <w:szCs w:val="24"/>
                <w:lang w:eastAsia="nl-NL"/>
              </w:rPr>
              <w:t>Hout- en Meubileringscollege</w:t>
            </w:r>
          </w:p>
        </w:tc>
      </w:tr>
      <w:tr w:rsidR="00B2266F" w:rsidRPr="00FF5E14" w14:paraId="030BFD51" w14:textId="77777777" w:rsidTr="002D5FAF">
        <w:tc>
          <w:tcPr>
            <w:tcW w:w="4815" w:type="dxa"/>
          </w:tcPr>
          <w:p w14:paraId="59FCFD72" w14:textId="77777777" w:rsidR="001D1409" w:rsidRPr="00A8650D" w:rsidRDefault="001D1409" w:rsidP="001D1409">
            <w:pPr>
              <w:rPr>
                <w:sz w:val="20"/>
                <w:szCs w:val="20"/>
                <w:lang w:eastAsia="nl-NL"/>
              </w:rPr>
            </w:pPr>
            <w:r w:rsidRPr="00A8650D">
              <w:rPr>
                <w:sz w:val="20"/>
                <w:szCs w:val="20"/>
                <w:lang w:eastAsia="nl-NL"/>
              </w:rPr>
              <w:t>Keuzevak:</w:t>
            </w:r>
          </w:p>
          <w:p w14:paraId="24897A2E" w14:textId="528C49A3" w:rsidR="006A7749" w:rsidRPr="00A8650D" w:rsidRDefault="006A7749" w:rsidP="001D1409">
            <w:pPr>
              <w:pStyle w:val="Lijstalinea"/>
              <w:numPr>
                <w:ilvl w:val="0"/>
                <w:numId w:val="21"/>
              </w:numPr>
              <w:ind w:left="171" w:hanging="171"/>
              <w:rPr>
                <w:b/>
                <w:bCs/>
                <w:sz w:val="20"/>
                <w:szCs w:val="20"/>
                <w:lang w:eastAsia="nl-NL"/>
              </w:rPr>
            </w:pPr>
            <w:proofErr w:type="spellStart"/>
            <w:r w:rsidRPr="00A8650D">
              <w:rPr>
                <w:b/>
                <w:bCs/>
                <w:sz w:val="20"/>
                <w:szCs w:val="20"/>
                <w:lang w:eastAsia="nl-NL"/>
              </w:rPr>
              <w:t>Meubelmaken</w:t>
            </w:r>
            <w:proofErr w:type="spellEnd"/>
          </w:p>
          <w:p w14:paraId="5CD7882D" w14:textId="2C02A592" w:rsidR="00B2266F" w:rsidRPr="00A8650D" w:rsidRDefault="006A7749" w:rsidP="00961501">
            <w:pPr>
              <w:pStyle w:val="Lijstalinea"/>
              <w:numPr>
                <w:ilvl w:val="0"/>
                <w:numId w:val="21"/>
              </w:numPr>
              <w:ind w:left="171" w:hanging="171"/>
              <w:rPr>
                <w:b/>
                <w:bCs/>
                <w:sz w:val="20"/>
                <w:szCs w:val="20"/>
                <w:lang w:eastAsia="nl-NL"/>
              </w:rPr>
            </w:pPr>
            <w:r w:rsidRPr="00A8650D">
              <w:rPr>
                <w:b/>
                <w:bCs/>
                <w:sz w:val="20"/>
                <w:szCs w:val="20"/>
                <w:lang w:eastAsia="nl-NL"/>
              </w:rPr>
              <w:t xml:space="preserve">Wonen en design </w:t>
            </w:r>
          </w:p>
        </w:tc>
        <w:tc>
          <w:tcPr>
            <w:tcW w:w="5111" w:type="dxa"/>
          </w:tcPr>
          <w:p w14:paraId="539003C8" w14:textId="27474CFA" w:rsidR="00B2266F" w:rsidRPr="00A8650D" w:rsidRDefault="00B2266F" w:rsidP="002D5FAF">
            <w:pPr>
              <w:rPr>
                <w:sz w:val="20"/>
                <w:szCs w:val="20"/>
                <w:lang w:eastAsia="nl-NL"/>
              </w:rPr>
            </w:pPr>
            <w:r w:rsidRPr="00A8650D">
              <w:rPr>
                <w:sz w:val="20"/>
                <w:szCs w:val="20"/>
                <w:lang w:eastAsia="nl-NL"/>
              </w:rPr>
              <w:t xml:space="preserve">Adres: </w:t>
            </w:r>
            <w:proofErr w:type="spellStart"/>
            <w:r w:rsidR="001D1409" w:rsidRPr="00A8650D">
              <w:rPr>
                <w:b/>
                <w:bCs/>
                <w:sz w:val="20"/>
                <w:szCs w:val="20"/>
                <w:lang w:eastAsia="nl-NL"/>
              </w:rPr>
              <w:t>Erasmuspad</w:t>
            </w:r>
            <w:proofErr w:type="spellEnd"/>
            <w:r w:rsidR="001D1409" w:rsidRPr="00A8650D">
              <w:rPr>
                <w:b/>
                <w:bCs/>
                <w:sz w:val="20"/>
                <w:szCs w:val="20"/>
                <w:lang w:eastAsia="nl-NL"/>
              </w:rPr>
              <w:t xml:space="preserve"> 10, Rotterdam</w:t>
            </w:r>
          </w:p>
          <w:p w14:paraId="56EDFCE7" w14:textId="0E51B677" w:rsidR="00B2266F" w:rsidRPr="00A8650D" w:rsidRDefault="00267BBC" w:rsidP="002D5FAF">
            <w:pPr>
              <w:rPr>
                <w:sz w:val="20"/>
                <w:szCs w:val="20"/>
                <w:lang w:eastAsia="nl-NL"/>
              </w:rPr>
            </w:pPr>
            <w:r w:rsidRPr="00A8650D">
              <w:rPr>
                <w:sz w:val="20"/>
                <w:szCs w:val="20"/>
                <w:lang w:eastAsia="nl-NL"/>
              </w:rPr>
              <w:t>Melden aan de receptie bij de ingang</w:t>
            </w:r>
          </w:p>
        </w:tc>
      </w:tr>
      <w:tr w:rsidR="00B2266F" w:rsidRPr="00FF5E14" w14:paraId="2520279A" w14:textId="77777777" w:rsidTr="002D5FAF">
        <w:tc>
          <w:tcPr>
            <w:tcW w:w="9926" w:type="dxa"/>
            <w:gridSpan w:val="2"/>
          </w:tcPr>
          <w:p w14:paraId="715A0797" w14:textId="77777777" w:rsidR="0025443A" w:rsidRPr="00A8650D" w:rsidRDefault="008731B0" w:rsidP="008731B0">
            <w:pPr>
              <w:rPr>
                <w:sz w:val="20"/>
                <w:szCs w:val="20"/>
              </w:rPr>
            </w:pPr>
            <w:r w:rsidRPr="00A8650D">
              <w:rPr>
                <w:sz w:val="20"/>
                <w:szCs w:val="20"/>
              </w:rPr>
              <w:t xml:space="preserve">De hoofdingang van HMC Rotterdam is gelegen aan de </w:t>
            </w:r>
            <w:proofErr w:type="spellStart"/>
            <w:r w:rsidRPr="00A8650D">
              <w:rPr>
                <w:sz w:val="20"/>
                <w:szCs w:val="20"/>
              </w:rPr>
              <w:t>Melanchtonweg</w:t>
            </w:r>
            <w:proofErr w:type="spellEnd"/>
            <w:r w:rsidRPr="00A8650D">
              <w:rPr>
                <w:sz w:val="20"/>
                <w:szCs w:val="20"/>
              </w:rPr>
              <w:t xml:space="preserve">, pal naast het metrostation </w:t>
            </w:r>
            <w:proofErr w:type="spellStart"/>
            <w:r w:rsidRPr="00A8650D">
              <w:rPr>
                <w:sz w:val="20"/>
                <w:szCs w:val="20"/>
              </w:rPr>
              <w:t>Melanchtonweg</w:t>
            </w:r>
            <w:proofErr w:type="spellEnd"/>
            <w:r w:rsidRPr="00A8650D">
              <w:rPr>
                <w:sz w:val="20"/>
                <w:szCs w:val="20"/>
              </w:rPr>
              <w:t xml:space="preserve"> (Randstadrail, tram en bus). Maak gebruik van metrolijn E naar Slinge vanuit Den Haag CS of dezelfde metrolijn E vanuit Rotterdam CS richting Den Haag CS. Stap uit bij </w:t>
            </w:r>
            <w:proofErr w:type="spellStart"/>
            <w:r w:rsidRPr="00A8650D">
              <w:rPr>
                <w:sz w:val="20"/>
                <w:szCs w:val="20"/>
              </w:rPr>
              <w:t>Melanchtonweg</w:t>
            </w:r>
            <w:proofErr w:type="spellEnd"/>
            <w:r w:rsidRPr="00A8650D">
              <w:rPr>
                <w:sz w:val="20"/>
                <w:szCs w:val="20"/>
              </w:rPr>
              <w:t>. Mocht je met de fiets komen, dan kun je je fiets parkeren in de fietsenstalling van het HMC.</w:t>
            </w:r>
          </w:p>
          <w:p w14:paraId="7E01C644" w14:textId="54253816" w:rsidR="00AF0690" w:rsidRPr="00A8650D" w:rsidRDefault="00AF0690" w:rsidP="008731B0">
            <w:pPr>
              <w:rPr>
                <w:sz w:val="20"/>
                <w:szCs w:val="20"/>
                <w:lang w:eastAsia="nl-NL"/>
              </w:rPr>
            </w:pPr>
          </w:p>
        </w:tc>
      </w:tr>
      <w:tr w:rsidR="00B2266F" w:rsidRPr="00A8650D" w14:paraId="6262A728" w14:textId="77777777" w:rsidTr="00C96065">
        <w:tc>
          <w:tcPr>
            <w:tcW w:w="9926" w:type="dxa"/>
            <w:gridSpan w:val="2"/>
            <w:shd w:val="clear" w:color="auto" w:fill="D9D9D9" w:themeFill="background1" w:themeFillShade="D9"/>
          </w:tcPr>
          <w:p w14:paraId="3E306A16" w14:textId="52A9F379" w:rsidR="00B2266F" w:rsidRPr="00A8650D" w:rsidRDefault="006A7749" w:rsidP="002D5FAF">
            <w:pPr>
              <w:jc w:val="center"/>
              <w:rPr>
                <w:b/>
                <w:bCs/>
                <w:sz w:val="24"/>
                <w:szCs w:val="24"/>
                <w:lang w:eastAsia="nl-NL"/>
              </w:rPr>
            </w:pPr>
            <w:r w:rsidRPr="00A8650D">
              <w:rPr>
                <w:b/>
                <w:bCs/>
                <w:sz w:val="24"/>
                <w:szCs w:val="24"/>
                <w:lang w:eastAsia="nl-NL"/>
              </w:rPr>
              <w:t>Techniek College Rotterdam</w:t>
            </w:r>
          </w:p>
        </w:tc>
      </w:tr>
      <w:tr w:rsidR="00B2266F" w:rsidRPr="00FF5E14" w14:paraId="022246EA" w14:textId="77777777" w:rsidTr="002D5FAF">
        <w:tc>
          <w:tcPr>
            <w:tcW w:w="4815" w:type="dxa"/>
          </w:tcPr>
          <w:p w14:paraId="1F26DF05" w14:textId="77777777" w:rsidR="001D1409" w:rsidRPr="00A8650D" w:rsidRDefault="001D1409" w:rsidP="001D1409">
            <w:pPr>
              <w:rPr>
                <w:sz w:val="20"/>
                <w:szCs w:val="20"/>
                <w:lang w:eastAsia="nl-NL"/>
              </w:rPr>
            </w:pPr>
            <w:r w:rsidRPr="00A8650D">
              <w:rPr>
                <w:sz w:val="20"/>
                <w:szCs w:val="20"/>
                <w:lang w:eastAsia="nl-NL"/>
              </w:rPr>
              <w:t>Keuzevak:</w:t>
            </w:r>
          </w:p>
          <w:p w14:paraId="25BB1471" w14:textId="0D56F73C" w:rsidR="006A7749" w:rsidRPr="00A8650D" w:rsidRDefault="006A7749" w:rsidP="001D1409">
            <w:pPr>
              <w:pStyle w:val="Lijstalinea"/>
              <w:numPr>
                <w:ilvl w:val="0"/>
                <w:numId w:val="21"/>
              </w:numPr>
              <w:ind w:left="171" w:hanging="171"/>
              <w:rPr>
                <w:b/>
                <w:bCs/>
                <w:sz w:val="20"/>
                <w:szCs w:val="20"/>
                <w:lang w:eastAsia="nl-NL"/>
              </w:rPr>
            </w:pPr>
            <w:r w:rsidRPr="00A8650D">
              <w:rPr>
                <w:b/>
                <w:bCs/>
                <w:sz w:val="20"/>
                <w:szCs w:val="20"/>
                <w:lang w:eastAsia="nl-NL"/>
              </w:rPr>
              <w:t>Procestechniek</w:t>
            </w:r>
          </w:p>
          <w:p w14:paraId="6BA3DB18" w14:textId="514F664C" w:rsidR="00B2266F" w:rsidRPr="00A8650D" w:rsidRDefault="006A7749" w:rsidP="00961501">
            <w:pPr>
              <w:pStyle w:val="Lijstalinea"/>
              <w:numPr>
                <w:ilvl w:val="0"/>
                <w:numId w:val="21"/>
              </w:numPr>
              <w:ind w:left="171" w:hanging="171"/>
              <w:rPr>
                <w:b/>
                <w:bCs/>
                <w:sz w:val="20"/>
                <w:szCs w:val="20"/>
                <w:lang w:eastAsia="nl-NL"/>
              </w:rPr>
            </w:pPr>
            <w:r w:rsidRPr="00A8650D">
              <w:rPr>
                <w:b/>
                <w:bCs/>
                <w:sz w:val="20"/>
                <w:szCs w:val="20"/>
                <w:lang w:eastAsia="nl-NL"/>
              </w:rPr>
              <w:t>Woon en kantoortechnologie</w:t>
            </w:r>
          </w:p>
        </w:tc>
        <w:tc>
          <w:tcPr>
            <w:tcW w:w="5111" w:type="dxa"/>
          </w:tcPr>
          <w:p w14:paraId="4F983111" w14:textId="3E7A3746" w:rsidR="00B2266F" w:rsidRPr="00A8650D" w:rsidRDefault="00B2266F" w:rsidP="002D5FAF">
            <w:pPr>
              <w:rPr>
                <w:sz w:val="20"/>
                <w:szCs w:val="20"/>
                <w:lang w:eastAsia="nl-NL"/>
              </w:rPr>
            </w:pPr>
            <w:r w:rsidRPr="00A8650D">
              <w:rPr>
                <w:sz w:val="20"/>
                <w:szCs w:val="20"/>
                <w:lang w:eastAsia="nl-NL"/>
              </w:rPr>
              <w:t xml:space="preserve">Adres: </w:t>
            </w:r>
            <w:r w:rsidR="00F25003" w:rsidRPr="00A8650D">
              <w:rPr>
                <w:b/>
                <w:bCs/>
                <w:sz w:val="20"/>
                <w:szCs w:val="20"/>
                <w:lang w:eastAsia="nl-NL"/>
              </w:rPr>
              <w:t>RDM-Campus: Scheepsbouwweg</w:t>
            </w:r>
            <w:r w:rsidR="0047518C" w:rsidRPr="00A8650D">
              <w:rPr>
                <w:b/>
                <w:bCs/>
                <w:sz w:val="20"/>
                <w:szCs w:val="20"/>
                <w:lang w:eastAsia="nl-NL"/>
              </w:rPr>
              <w:t xml:space="preserve"> </w:t>
            </w:r>
            <w:r w:rsidR="00BC1BCC" w:rsidRPr="00A8650D">
              <w:rPr>
                <w:b/>
                <w:bCs/>
                <w:sz w:val="20"/>
                <w:szCs w:val="20"/>
                <w:lang w:eastAsia="nl-NL"/>
              </w:rPr>
              <w:t>11-15</w:t>
            </w:r>
          </w:p>
          <w:p w14:paraId="45DE7459" w14:textId="43975A25" w:rsidR="0090056A" w:rsidRPr="00A8650D" w:rsidRDefault="00961501" w:rsidP="00961501">
            <w:pPr>
              <w:spacing w:after="0"/>
              <w:rPr>
                <w:sz w:val="20"/>
                <w:szCs w:val="20"/>
                <w:lang w:eastAsia="nl-NL"/>
              </w:rPr>
            </w:pPr>
            <w:r w:rsidRPr="00A8650D">
              <w:rPr>
                <w:sz w:val="20"/>
                <w:szCs w:val="20"/>
                <w:lang w:eastAsia="nl-NL"/>
              </w:rPr>
              <w:t>Melden aan de receptie bij de ingang en</w:t>
            </w:r>
            <w:r w:rsidR="0090056A" w:rsidRPr="00A8650D">
              <w:rPr>
                <w:sz w:val="20"/>
                <w:szCs w:val="20"/>
                <w:lang w:eastAsia="nl-NL"/>
              </w:rPr>
              <w:t xml:space="preserve"> vragen naar </w:t>
            </w:r>
            <w:proofErr w:type="spellStart"/>
            <w:r w:rsidR="0090056A" w:rsidRPr="00A8650D">
              <w:rPr>
                <w:sz w:val="20"/>
                <w:szCs w:val="20"/>
                <w:lang w:eastAsia="nl-NL"/>
              </w:rPr>
              <w:t>Stefano</w:t>
            </w:r>
            <w:proofErr w:type="spellEnd"/>
            <w:r w:rsidR="0090056A" w:rsidRPr="00A8650D">
              <w:rPr>
                <w:sz w:val="20"/>
                <w:szCs w:val="20"/>
                <w:lang w:eastAsia="nl-NL"/>
              </w:rPr>
              <w:t xml:space="preserve"> van der Laar </w:t>
            </w:r>
            <w:r w:rsidR="00BC1BCC" w:rsidRPr="00A8650D">
              <w:rPr>
                <w:sz w:val="20"/>
                <w:szCs w:val="20"/>
                <w:lang w:eastAsia="nl-NL"/>
              </w:rPr>
              <w:t>of</w:t>
            </w:r>
            <w:r w:rsidR="0090056A" w:rsidRPr="00A8650D">
              <w:rPr>
                <w:sz w:val="20"/>
                <w:szCs w:val="20"/>
                <w:lang w:eastAsia="nl-NL"/>
              </w:rPr>
              <w:t xml:space="preserve"> Peter Mulders</w:t>
            </w:r>
          </w:p>
        </w:tc>
      </w:tr>
      <w:tr w:rsidR="00B2266F" w:rsidRPr="00FF5E14" w14:paraId="4511E8C7" w14:textId="77777777" w:rsidTr="002D5FAF">
        <w:tc>
          <w:tcPr>
            <w:tcW w:w="9926" w:type="dxa"/>
            <w:gridSpan w:val="2"/>
          </w:tcPr>
          <w:p w14:paraId="6CB07C02" w14:textId="22F01493" w:rsidR="00380277" w:rsidRPr="00A8650D" w:rsidRDefault="00DD03CF" w:rsidP="00F05E9F">
            <w:pPr>
              <w:spacing w:after="0"/>
              <w:rPr>
                <w:color w:val="212121"/>
                <w:sz w:val="20"/>
                <w:szCs w:val="20"/>
              </w:rPr>
            </w:pPr>
            <w:r w:rsidRPr="00A8650D">
              <w:rPr>
                <w:color w:val="212121"/>
                <w:sz w:val="20"/>
                <w:szCs w:val="20"/>
              </w:rPr>
              <w:t>Metro E/D naar Slinge en vervolgens bus 68 naar Heijplaat/RDM</w:t>
            </w:r>
            <w:r w:rsidR="00F05E9F" w:rsidRPr="00A8650D">
              <w:rPr>
                <w:color w:val="212121"/>
                <w:sz w:val="20"/>
                <w:szCs w:val="20"/>
              </w:rPr>
              <w:t xml:space="preserve"> </w:t>
            </w:r>
            <w:r w:rsidRPr="00A8650D">
              <w:rPr>
                <w:color w:val="212121"/>
                <w:sz w:val="20"/>
                <w:szCs w:val="20"/>
              </w:rPr>
              <w:t>of</w:t>
            </w:r>
            <w:r w:rsidR="00F05E9F" w:rsidRPr="00A8650D">
              <w:rPr>
                <w:color w:val="212121"/>
                <w:sz w:val="20"/>
                <w:szCs w:val="20"/>
              </w:rPr>
              <w:t xml:space="preserve"> </w:t>
            </w:r>
            <w:r w:rsidRPr="00A8650D">
              <w:rPr>
                <w:color w:val="212121"/>
                <w:sz w:val="20"/>
                <w:szCs w:val="20"/>
              </w:rPr>
              <w:t>M</w:t>
            </w:r>
            <w:r w:rsidR="00380277" w:rsidRPr="00A8650D">
              <w:rPr>
                <w:color w:val="212121"/>
                <w:sz w:val="20"/>
                <w:szCs w:val="20"/>
              </w:rPr>
              <w:t xml:space="preserve">etro A/B/C naar </w:t>
            </w:r>
            <w:proofErr w:type="spellStart"/>
            <w:r w:rsidR="00380277" w:rsidRPr="00A8650D">
              <w:rPr>
                <w:color w:val="212121"/>
                <w:sz w:val="20"/>
                <w:szCs w:val="20"/>
              </w:rPr>
              <w:t>Marconiplein</w:t>
            </w:r>
            <w:proofErr w:type="spellEnd"/>
            <w:r w:rsidRPr="00A8650D">
              <w:rPr>
                <w:color w:val="212121"/>
                <w:sz w:val="20"/>
                <w:szCs w:val="20"/>
              </w:rPr>
              <w:t xml:space="preserve"> en dan de veerboot </w:t>
            </w:r>
            <w:r w:rsidR="00380277" w:rsidRPr="00A8650D">
              <w:rPr>
                <w:color w:val="212121"/>
                <w:sz w:val="20"/>
                <w:szCs w:val="20"/>
              </w:rPr>
              <w:t>vanaf Marconistraat naar RDM</w:t>
            </w:r>
            <w:r w:rsidRPr="00A8650D">
              <w:rPr>
                <w:color w:val="212121"/>
                <w:sz w:val="20"/>
                <w:szCs w:val="20"/>
              </w:rPr>
              <w:t>-Campus</w:t>
            </w:r>
            <w:r w:rsidR="00AF0690" w:rsidRPr="00A8650D">
              <w:rPr>
                <w:color w:val="212121"/>
                <w:sz w:val="20"/>
                <w:szCs w:val="20"/>
              </w:rPr>
              <w:t>.</w:t>
            </w:r>
          </w:p>
          <w:p w14:paraId="7807248B" w14:textId="154D75A3" w:rsidR="00AF0690" w:rsidRPr="00A8650D" w:rsidRDefault="00AF0690" w:rsidP="00F05E9F">
            <w:pPr>
              <w:spacing w:after="0"/>
              <w:rPr>
                <w:sz w:val="20"/>
                <w:szCs w:val="20"/>
                <w:lang w:eastAsia="nl-NL"/>
              </w:rPr>
            </w:pPr>
          </w:p>
        </w:tc>
      </w:tr>
      <w:tr w:rsidR="006A7749" w:rsidRPr="00A8650D" w14:paraId="44C6446D" w14:textId="77777777" w:rsidTr="00C96065">
        <w:tc>
          <w:tcPr>
            <w:tcW w:w="9926" w:type="dxa"/>
            <w:gridSpan w:val="2"/>
            <w:shd w:val="clear" w:color="auto" w:fill="D9D9D9" w:themeFill="background1" w:themeFillShade="D9"/>
            <w:vAlign w:val="center"/>
          </w:tcPr>
          <w:p w14:paraId="0E649C21" w14:textId="21D974F1" w:rsidR="006A7749" w:rsidRPr="00A8650D" w:rsidRDefault="006A7749" w:rsidP="0005510E">
            <w:pPr>
              <w:jc w:val="center"/>
              <w:rPr>
                <w:b/>
                <w:bCs/>
                <w:sz w:val="24"/>
                <w:szCs w:val="24"/>
                <w:lang w:eastAsia="nl-NL"/>
              </w:rPr>
            </w:pPr>
            <w:r w:rsidRPr="00A8650D">
              <w:rPr>
                <w:b/>
                <w:bCs/>
                <w:sz w:val="24"/>
                <w:szCs w:val="24"/>
                <w:lang w:eastAsia="nl-NL"/>
              </w:rPr>
              <w:t>Scheepvaart en Transport College</w:t>
            </w:r>
          </w:p>
        </w:tc>
      </w:tr>
      <w:tr w:rsidR="006A7749" w:rsidRPr="00FF5E14" w14:paraId="0D294A75" w14:textId="77777777" w:rsidTr="002D5FAF">
        <w:tc>
          <w:tcPr>
            <w:tcW w:w="4815" w:type="dxa"/>
          </w:tcPr>
          <w:p w14:paraId="5BA0EA66" w14:textId="6E3BCB36" w:rsidR="006A7749" w:rsidRPr="00A8650D" w:rsidRDefault="001D1409" w:rsidP="00B2543C">
            <w:pPr>
              <w:rPr>
                <w:sz w:val="20"/>
                <w:szCs w:val="20"/>
                <w:lang w:eastAsia="nl-NL"/>
              </w:rPr>
            </w:pPr>
            <w:r w:rsidRPr="00A8650D">
              <w:rPr>
                <w:sz w:val="20"/>
                <w:szCs w:val="20"/>
                <w:lang w:eastAsia="nl-NL"/>
              </w:rPr>
              <w:t>Keuzevak:</w:t>
            </w:r>
          </w:p>
          <w:p w14:paraId="669C6554" w14:textId="474D39CC" w:rsidR="006A7749" w:rsidRPr="00A8650D" w:rsidRDefault="006A7749" w:rsidP="001D1409">
            <w:pPr>
              <w:pStyle w:val="Lijstalinea"/>
              <w:numPr>
                <w:ilvl w:val="0"/>
                <w:numId w:val="21"/>
              </w:numPr>
              <w:ind w:left="171" w:hanging="171"/>
              <w:rPr>
                <w:b/>
                <w:bCs/>
                <w:sz w:val="20"/>
                <w:szCs w:val="20"/>
                <w:lang w:eastAsia="nl-NL"/>
              </w:rPr>
            </w:pPr>
            <w:r w:rsidRPr="00A8650D">
              <w:rPr>
                <w:b/>
                <w:bCs/>
                <w:sz w:val="20"/>
                <w:szCs w:val="20"/>
                <w:lang w:eastAsia="nl-NL"/>
              </w:rPr>
              <w:t>Scheepskennis</w:t>
            </w:r>
          </w:p>
        </w:tc>
        <w:tc>
          <w:tcPr>
            <w:tcW w:w="5111" w:type="dxa"/>
          </w:tcPr>
          <w:p w14:paraId="09463FE5" w14:textId="4F505801" w:rsidR="006A7749" w:rsidRPr="00A8650D" w:rsidRDefault="006A7749" w:rsidP="001D1409">
            <w:pPr>
              <w:rPr>
                <w:sz w:val="20"/>
                <w:szCs w:val="20"/>
                <w:lang w:eastAsia="nl-NL"/>
              </w:rPr>
            </w:pPr>
            <w:r w:rsidRPr="00A8650D">
              <w:rPr>
                <w:sz w:val="20"/>
                <w:szCs w:val="20"/>
                <w:lang w:eastAsia="nl-NL"/>
              </w:rPr>
              <w:t xml:space="preserve">Adres: </w:t>
            </w:r>
            <w:r w:rsidR="00F25003" w:rsidRPr="00A8650D">
              <w:rPr>
                <w:b/>
                <w:bCs/>
                <w:sz w:val="20"/>
                <w:szCs w:val="20"/>
                <w:lang w:eastAsia="nl-NL"/>
              </w:rPr>
              <w:t>Lloydstraat 300, Rotterdam</w:t>
            </w:r>
          </w:p>
          <w:p w14:paraId="22114FA6" w14:textId="354CBDF0" w:rsidR="00016821" w:rsidRPr="00A8650D" w:rsidRDefault="00BC1BCC" w:rsidP="001D1409">
            <w:pPr>
              <w:rPr>
                <w:sz w:val="20"/>
                <w:szCs w:val="20"/>
                <w:lang w:eastAsia="nl-NL"/>
              </w:rPr>
            </w:pPr>
            <w:r w:rsidRPr="00A8650D">
              <w:rPr>
                <w:sz w:val="20"/>
                <w:szCs w:val="20"/>
                <w:lang w:eastAsia="nl-NL"/>
              </w:rPr>
              <w:t>M</w:t>
            </w:r>
            <w:r w:rsidR="00A360AB" w:rsidRPr="00A8650D">
              <w:rPr>
                <w:sz w:val="20"/>
                <w:szCs w:val="20"/>
                <w:lang w:eastAsia="nl-NL"/>
              </w:rPr>
              <w:t>elden aan de receptie bij de ingang</w:t>
            </w:r>
          </w:p>
        </w:tc>
      </w:tr>
      <w:tr w:rsidR="006A7749" w:rsidRPr="00FF5E14" w14:paraId="77310C8B" w14:textId="77777777" w:rsidTr="002D5FAF">
        <w:tc>
          <w:tcPr>
            <w:tcW w:w="9926" w:type="dxa"/>
            <w:gridSpan w:val="2"/>
          </w:tcPr>
          <w:p w14:paraId="0EBDD063" w14:textId="77777777" w:rsidR="006A7749" w:rsidRPr="00A8650D" w:rsidRDefault="009D63E5" w:rsidP="009D63E5">
            <w:pPr>
              <w:rPr>
                <w:sz w:val="20"/>
                <w:szCs w:val="20"/>
              </w:rPr>
            </w:pPr>
            <w:r w:rsidRPr="00A8650D">
              <w:rPr>
                <w:sz w:val="20"/>
                <w:szCs w:val="20"/>
              </w:rPr>
              <w:t xml:space="preserve">Tramlijn 18 stopt op een paar minuten lopen. </w:t>
            </w:r>
            <w:r w:rsidR="008164F5" w:rsidRPr="00A8650D">
              <w:rPr>
                <w:sz w:val="20"/>
                <w:szCs w:val="20"/>
              </w:rPr>
              <w:t>Van</w:t>
            </w:r>
            <w:r w:rsidRPr="00A8650D">
              <w:rPr>
                <w:sz w:val="20"/>
                <w:szCs w:val="20"/>
              </w:rPr>
              <w:t xml:space="preserve">af metrostation </w:t>
            </w:r>
            <w:proofErr w:type="spellStart"/>
            <w:r w:rsidRPr="00A8650D">
              <w:rPr>
                <w:sz w:val="20"/>
                <w:szCs w:val="20"/>
              </w:rPr>
              <w:t>Coolhaven</w:t>
            </w:r>
            <w:proofErr w:type="spellEnd"/>
            <w:r w:rsidRPr="00A8650D">
              <w:rPr>
                <w:sz w:val="20"/>
                <w:szCs w:val="20"/>
              </w:rPr>
              <w:t xml:space="preserve"> </w:t>
            </w:r>
            <w:r w:rsidR="008164F5" w:rsidRPr="00A8650D">
              <w:rPr>
                <w:sz w:val="20"/>
                <w:szCs w:val="20"/>
              </w:rPr>
              <w:t xml:space="preserve">is het </w:t>
            </w:r>
            <w:r w:rsidRPr="00A8650D">
              <w:rPr>
                <w:sz w:val="20"/>
                <w:szCs w:val="20"/>
              </w:rPr>
              <w:t>tien minuten lopen</w:t>
            </w:r>
            <w:r w:rsidR="008164F5" w:rsidRPr="00A8650D">
              <w:rPr>
                <w:sz w:val="20"/>
                <w:szCs w:val="20"/>
              </w:rPr>
              <w:t>.</w:t>
            </w:r>
          </w:p>
          <w:p w14:paraId="041A11FF" w14:textId="1187AAF4" w:rsidR="00AF0690" w:rsidRPr="00A8650D" w:rsidRDefault="00AF0690" w:rsidP="009D63E5">
            <w:pPr>
              <w:rPr>
                <w:sz w:val="20"/>
                <w:szCs w:val="20"/>
                <w:lang w:eastAsia="nl-NL"/>
              </w:rPr>
            </w:pPr>
          </w:p>
        </w:tc>
      </w:tr>
      <w:tr w:rsidR="00B2543C" w:rsidRPr="00A8650D" w14:paraId="622CF162" w14:textId="77777777" w:rsidTr="00C96065">
        <w:tc>
          <w:tcPr>
            <w:tcW w:w="9926" w:type="dxa"/>
            <w:gridSpan w:val="2"/>
            <w:shd w:val="clear" w:color="auto" w:fill="D9D9D9" w:themeFill="background1" w:themeFillShade="D9"/>
            <w:vAlign w:val="center"/>
          </w:tcPr>
          <w:p w14:paraId="329A3D43" w14:textId="77777777" w:rsidR="00B2543C" w:rsidRPr="00A8650D" w:rsidRDefault="00B2543C" w:rsidP="002D5FAF">
            <w:pPr>
              <w:jc w:val="center"/>
              <w:rPr>
                <w:b/>
                <w:bCs/>
                <w:sz w:val="24"/>
                <w:szCs w:val="24"/>
                <w:lang w:eastAsia="nl-NL"/>
              </w:rPr>
            </w:pPr>
            <w:r w:rsidRPr="00A8650D">
              <w:rPr>
                <w:b/>
                <w:bCs/>
                <w:sz w:val="24"/>
                <w:szCs w:val="24"/>
                <w:lang w:eastAsia="nl-NL"/>
              </w:rPr>
              <w:t>Scheepvaart en Transport College</w:t>
            </w:r>
          </w:p>
        </w:tc>
      </w:tr>
      <w:tr w:rsidR="00B2543C" w:rsidRPr="00FF5E14" w14:paraId="54B0C4EA" w14:textId="77777777" w:rsidTr="002D5FAF">
        <w:tc>
          <w:tcPr>
            <w:tcW w:w="4815" w:type="dxa"/>
          </w:tcPr>
          <w:p w14:paraId="7135165D" w14:textId="77777777" w:rsidR="00B2543C" w:rsidRPr="00A8650D" w:rsidRDefault="00B2543C" w:rsidP="002D5FAF">
            <w:pPr>
              <w:rPr>
                <w:sz w:val="20"/>
                <w:szCs w:val="20"/>
                <w:lang w:eastAsia="nl-NL"/>
              </w:rPr>
            </w:pPr>
            <w:r w:rsidRPr="00A8650D">
              <w:rPr>
                <w:sz w:val="20"/>
                <w:szCs w:val="20"/>
                <w:lang w:eastAsia="nl-NL"/>
              </w:rPr>
              <w:t>Keuzevak:</w:t>
            </w:r>
          </w:p>
          <w:p w14:paraId="6F1D2EC7" w14:textId="0D800870" w:rsidR="00B2543C" w:rsidRPr="00A8650D" w:rsidRDefault="00B2543C" w:rsidP="00B2543C">
            <w:pPr>
              <w:pStyle w:val="Lijstalinea"/>
              <w:numPr>
                <w:ilvl w:val="0"/>
                <w:numId w:val="21"/>
              </w:numPr>
              <w:ind w:left="171" w:hanging="171"/>
              <w:rPr>
                <w:b/>
                <w:bCs/>
                <w:sz w:val="20"/>
                <w:szCs w:val="20"/>
                <w:lang w:eastAsia="nl-NL"/>
              </w:rPr>
            </w:pPr>
            <w:r w:rsidRPr="00A8650D">
              <w:rPr>
                <w:b/>
                <w:bCs/>
                <w:sz w:val="20"/>
                <w:szCs w:val="20"/>
                <w:lang w:eastAsia="nl-NL"/>
              </w:rPr>
              <w:t>Dienstverlening in de haven</w:t>
            </w:r>
          </w:p>
        </w:tc>
        <w:tc>
          <w:tcPr>
            <w:tcW w:w="5111" w:type="dxa"/>
          </w:tcPr>
          <w:p w14:paraId="4D988379" w14:textId="7F1D25FD" w:rsidR="00B2543C" w:rsidRPr="00A8650D" w:rsidRDefault="00B2543C" w:rsidP="002D5FAF">
            <w:pPr>
              <w:rPr>
                <w:sz w:val="20"/>
                <w:szCs w:val="20"/>
                <w:lang w:eastAsia="nl-NL"/>
              </w:rPr>
            </w:pPr>
            <w:r w:rsidRPr="00A8650D">
              <w:rPr>
                <w:sz w:val="20"/>
                <w:szCs w:val="20"/>
                <w:lang w:eastAsia="nl-NL"/>
              </w:rPr>
              <w:t xml:space="preserve">Adres: </w:t>
            </w:r>
            <w:r w:rsidR="00912ED9" w:rsidRPr="00A8650D">
              <w:rPr>
                <w:b/>
                <w:bCs/>
                <w:sz w:val="20"/>
                <w:szCs w:val="20"/>
                <w:lang w:eastAsia="nl-NL"/>
              </w:rPr>
              <w:t>Waalhaven zuidzijde 16, Rotterdam</w:t>
            </w:r>
          </w:p>
          <w:p w14:paraId="6EF8AA79" w14:textId="38D8CCCB" w:rsidR="00B2543C" w:rsidRPr="00A8650D" w:rsidRDefault="00BC1BCC" w:rsidP="002D5FAF">
            <w:pPr>
              <w:rPr>
                <w:sz w:val="20"/>
                <w:szCs w:val="20"/>
                <w:lang w:eastAsia="nl-NL"/>
              </w:rPr>
            </w:pPr>
            <w:r w:rsidRPr="00A8650D">
              <w:rPr>
                <w:sz w:val="20"/>
                <w:szCs w:val="20"/>
                <w:lang w:eastAsia="nl-NL"/>
              </w:rPr>
              <w:t>M</w:t>
            </w:r>
            <w:r w:rsidR="00A360AB" w:rsidRPr="00A8650D">
              <w:rPr>
                <w:sz w:val="20"/>
                <w:szCs w:val="20"/>
                <w:lang w:eastAsia="nl-NL"/>
              </w:rPr>
              <w:t>elden aan de receptie bij de ingang</w:t>
            </w:r>
          </w:p>
        </w:tc>
      </w:tr>
      <w:tr w:rsidR="00B2543C" w:rsidRPr="00FF5E14" w14:paraId="540E79A8" w14:textId="77777777" w:rsidTr="002D5FAF">
        <w:tc>
          <w:tcPr>
            <w:tcW w:w="9926" w:type="dxa"/>
            <w:gridSpan w:val="2"/>
          </w:tcPr>
          <w:p w14:paraId="1C7F207F" w14:textId="7F0A620C" w:rsidR="00B2543C" w:rsidRPr="00A8650D" w:rsidRDefault="0057075C" w:rsidP="002D5FAF">
            <w:pPr>
              <w:rPr>
                <w:sz w:val="20"/>
                <w:szCs w:val="20"/>
                <w:lang w:eastAsia="nl-NL"/>
              </w:rPr>
            </w:pPr>
            <w:proofErr w:type="gramStart"/>
            <w:r w:rsidRPr="00A8650D">
              <w:rPr>
                <w:rFonts w:ascii="Verdana" w:hAnsi="Verdana"/>
                <w:color w:val="000000"/>
                <w:sz w:val="20"/>
                <w:szCs w:val="20"/>
              </w:rPr>
              <w:t>vanaf</w:t>
            </w:r>
            <w:proofErr w:type="gramEnd"/>
            <w:r w:rsidRPr="00A8650D">
              <w:rPr>
                <w:rFonts w:ascii="Verdana" w:hAnsi="Verdana"/>
                <w:color w:val="000000"/>
                <w:sz w:val="20"/>
                <w:szCs w:val="20"/>
              </w:rPr>
              <w:t xml:space="preserve"> metrostation Zuidplein of Slinge </w:t>
            </w:r>
            <w:r w:rsidR="00706970" w:rsidRPr="00A8650D">
              <w:rPr>
                <w:rFonts w:ascii="Verdana" w:hAnsi="Verdana"/>
                <w:color w:val="000000"/>
                <w:sz w:val="20"/>
                <w:szCs w:val="20"/>
              </w:rPr>
              <w:t>rijdt bus 6</w:t>
            </w:r>
            <w:r w:rsidRPr="00A8650D">
              <w:rPr>
                <w:rFonts w:ascii="Verdana" w:hAnsi="Verdana"/>
                <w:color w:val="000000"/>
                <w:sz w:val="20"/>
                <w:szCs w:val="20"/>
              </w:rPr>
              <w:t>8</w:t>
            </w:r>
            <w:r w:rsidR="00706970" w:rsidRPr="00A8650D">
              <w:rPr>
                <w:rFonts w:ascii="Verdana" w:hAnsi="Verdana"/>
                <w:color w:val="000000"/>
                <w:sz w:val="20"/>
                <w:szCs w:val="20"/>
              </w:rPr>
              <w:t xml:space="preserve">. </w:t>
            </w:r>
            <w:r w:rsidRPr="00A8650D">
              <w:rPr>
                <w:rFonts w:ascii="Verdana" w:hAnsi="Verdana"/>
                <w:color w:val="000000"/>
                <w:sz w:val="20"/>
                <w:szCs w:val="20"/>
              </w:rPr>
              <w:t>De bus stopt aan de overkant van het gebouw</w:t>
            </w:r>
          </w:p>
        </w:tc>
      </w:tr>
    </w:tbl>
    <w:p w14:paraId="0223CDC9" w14:textId="77777777" w:rsidR="00B2543C" w:rsidRPr="00FF5E14" w:rsidRDefault="00B2543C" w:rsidP="007E1AEE">
      <w:pPr>
        <w:rPr>
          <w:sz w:val="22"/>
          <w:szCs w:val="24"/>
        </w:rPr>
      </w:pPr>
    </w:p>
    <w:sectPr w:rsidR="00B2543C" w:rsidRPr="00FF5E14" w:rsidSect="00034616">
      <w:footerReference w:type="default" r:id="rId11"/>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EB8D55" w14:textId="77777777" w:rsidR="00A513CA" w:rsidRDefault="00A513CA" w:rsidP="00474160">
      <w:r>
        <w:separator/>
      </w:r>
    </w:p>
  </w:endnote>
  <w:endnote w:type="continuationSeparator" w:id="0">
    <w:p w14:paraId="77C7D4B9" w14:textId="77777777" w:rsidR="00A513CA" w:rsidRDefault="00A513CA" w:rsidP="00474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Aptos Light">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D8AA2A" w14:textId="5CCB46F3" w:rsidR="005C5639" w:rsidRDefault="005C5639" w:rsidP="005F16AA">
    <w:pPr>
      <w:pStyle w:val="Voettekst"/>
      <w:jc w:val="center"/>
    </w:pPr>
    <w:r>
      <w:t xml:space="preserve">- </w:t>
    </w:r>
    <w:sdt>
      <w:sdtPr>
        <w:id w:val="1261487916"/>
        <w:docPartObj>
          <w:docPartGallery w:val="Page Numbers (Bottom of Page)"/>
          <w:docPartUnique/>
        </w:docPartObj>
      </w:sdtPr>
      <w:sdtEndPr/>
      <w:sdtContent>
        <w:r>
          <w:fldChar w:fldCharType="begin"/>
        </w:r>
        <w:r>
          <w:instrText>PAGE   \* MERGEFORMAT</w:instrText>
        </w:r>
        <w:r>
          <w:fldChar w:fldCharType="separate"/>
        </w:r>
        <w:r>
          <w:t>2</w:t>
        </w:r>
        <w:r>
          <w:fldChar w:fldCharType="end"/>
        </w:r>
        <w:r>
          <w:t xml:space="preserve"> -</w:t>
        </w:r>
      </w:sdtContent>
    </w:sdt>
  </w:p>
  <w:p w14:paraId="2A032120" w14:textId="77777777" w:rsidR="005C5639" w:rsidRDefault="005C5639" w:rsidP="004741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903000" w14:textId="77777777" w:rsidR="00A513CA" w:rsidRDefault="00A513CA" w:rsidP="00474160">
      <w:r>
        <w:separator/>
      </w:r>
    </w:p>
  </w:footnote>
  <w:footnote w:type="continuationSeparator" w:id="0">
    <w:p w14:paraId="380F5F21" w14:textId="77777777" w:rsidR="00A513CA" w:rsidRDefault="00A513CA" w:rsidP="004741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8D46681"/>
    <w:multiLevelType w:val="hybridMultilevel"/>
    <w:tmpl w:val="1F28C188"/>
    <w:lvl w:ilvl="0" w:tplc="C436DC82">
      <w:start w:val="2026"/>
      <w:numFmt w:val="bullet"/>
      <w:lvlText w:val="-"/>
      <w:lvlJc w:val="left"/>
      <w:pPr>
        <w:ind w:left="720" w:hanging="360"/>
      </w:pPr>
      <w:rPr>
        <w:rFonts w:ascii="Aptos" w:eastAsiaTheme="minorEastAsia"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0FA0AF8"/>
    <w:multiLevelType w:val="multilevel"/>
    <w:tmpl w:val="E15A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D01449"/>
    <w:multiLevelType w:val="multilevel"/>
    <w:tmpl w:val="E08610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07958B7"/>
    <w:multiLevelType w:val="multilevel"/>
    <w:tmpl w:val="75E2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1F0C23"/>
    <w:multiLevelType w:val="hybridMultilevel"/>
    <w:tmpl w:val="9CF4E47A"/>
    <w:lvl w:ilvl="0" w:tplc="23F23DA4">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86E25CE"/>
    <w:multiLevelType w:val="hybridMultilevel"/>
    <w:tmpl w:val="0DAE1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BEB6E50"/>
    <w:multiLevelType w:val="hybridMultilevel"/>
    <w:tmpl w:val="604008FC"/>
    <w:lvl w:ilvl="0" w:tplc="AD2E3052">
      <w:numFmt w:val="bullet"/>
      <w:lvlText w:val="•"/>
      <w:lvlJc w:val="left"/>
      <w:pPr>
        <w:ind w:left="720" w:hanging="360"/>
      </w:pPr>
      <w:rPr>
        <w:rFonts w:ascii="Aptos" w:eastAsiaTheme="minorEastAsia" w:hAnsi="Aptos" w:cstheme="minorBid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5055A2"/>
    <w:multiLevelType w:val="hybridMultilevel"/>
    <w:tmpl w:val="D8E8D5E0"/>
    <w:lvl w:ilvl="0" w:tplc="AD2E3052">
      <w:numFmt w:val="bullet"/>
      <w:lvlText w:val="•"/>
      <w:lvlJc w:val="left"/>
      <w:pPr>
        <w:ind w:left="720" w:hanging="360"/>
      </w:pPr>
      <w:rPr>
        <w:rFonts w:ascii="Aptos" w:eastAsiaTheme="minorEastAsia" w:hAnsi="Aptos" w:cstheme="minorBid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F5F5A39"/>
    <w:multiLevelType w:val="hybridMultilevel"/>
    <w:tmpl w:val="F06C189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51B3D6A"/>
    <w:multiLevelType w:val="hybridMultilevel"/>
    <w:tmpl w:val="B310E9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8D31D8"/>
    <w:multiLevelType w:val="hybridMultilevel"/>
    <w:tmpl w:val="7A1601B4"/>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0CC073D"/>
    <w:multiLevelType w:val="multilevel"/>
    <w:tmpl w:val="E022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B1553B"/>
    <w:multiLevelType w:val="hybridMultilevel"/>
    <w:tmpl w:val="22F8C4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D27155D"/>
    <w:multiLevelType w:val="hybridMultilevel"/>
    <w:tmpl w:val="0030A3F2"/>
    <w:lvl w:ilvl="0" w:tplc="AD2E3052">
      <w:numFmt w:val="bullet"/>
      <w:lvlText w:val="•"/>
      <w:lvlJc w:val="left"/>
      <w:pPr>
        <w:ind w:left="720" w:hanging="360"/>
      </w:pPr>
      <w:rPr>
        <w:rFonts w:ascii="Aptos" w:eastAsiaTheme="minorEastAsia" w:hAnsi="Aptos" w:cstheme="minorBid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73690937">
    <w:abstractNumId w:val="8"/>
  </w:num>
  <w:num w:numId="2" w16cid:durableId="1986814581">
    <w:abstractNumId w:val="6"/>
  </w:num>
  <w:num w:numId="3" w16cid:durableId="1829177063">
    <w:abstractNumId w:val="5"/>
  </w:num>
  <w:num w:numId="4" w16cid:durableId="351801491">
    <w:abstractNumId w:val="4"/>
  </w:num>
  <w:num w:numId="5" w16cid:durableId="739405898">
    <w:abstractNumId w:val="7"/>
  </w:num>
  <w:num w:numId="6" w16cid:durableId="1384134920">
    <w:abstractNumId w:val="3"/>
  </w:num>
  <w:num w:numId="7" w16cid:durableId="206335612">
    <w:abstractNumId w:val="2"/>
  </w:num>
  <w:num w:numId="8" w16cid:durableId="792746795">
    <w:abstractNumId w:val="1"/>
  </w:num>
  <w:num w:numId="9" w16cid:durableId="1381006376">
    <w:abstractNumId w:val="0"/>
  </w:num>
  <w:num w:numId="10" w16cid:durableId="16852426">
    <w:abstractNumId w:val="9"/>
  </w:num>
  <w:num w:numId="11" w16cid:durableId="1781801824">
    <w:abstractNumId w:val="18"/>
  </w:num>
  <w:num w:numId="12" w16cid:durableId="1264458058">
    <w:abstractNumId w:val="22"/>
  </w:num>
  <w:num w:numId="13" w16cid:durableId="856500778">
    <w:abstractNumId w:val="16"/>
  </w:num>
  <w:num w:numId="14" w16cid:durableId="527764558">
    <w:abstractNumId w:val="15"/>
  </w:num>
  <w:num w:numId="15" w16cid:durableId="428628111">
    <w:abstractNumId w:val="17"/>
  </w:num>
  <w:num w:numId="16" w16cid:durableId="1398211156">
    <w:abstractNumId w:val="12"/>
  </w:num>
  <w:num w:numId="17" w16cid:durableId="1145583642">
    <w:abstractNumId w:val="20"/>
  </w:num>
  <w:num w:numId="18" w16cid:durableId="1567835601">
    <w:abstractNumId w:val="14"/>
  </w:num>
  <w:num w:numId="19" w16cid:durableId="1659728643">
    <w:abstractNumId w:val="21"/>
  </w:num>
  <w:num w:numId="20" w16cid:durableId="1888636960">
    <w:abstractNumId w:val="13"/>
  </w:num>
  <w:num w:numId="21" w16cid:durableId="1784767672">
    <w:abstractNumId w:val="19"/>
  </w:num>
  <w:num w:numId="22" w16cid:durableId="451289616">
    <w:abstractNumId w:val="10"/>
  </w:num>
  <w:num w:numId="23" w16cid:durableId="1832990691">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C94"/>
    <w:rsid w:val="00005623"/>
    <w:rsid w:val="00011138"/>
    <w:rsid w:val="00011FD2"/>
    <w:rsid w:val="00015703"/>
    <w:rsid w:val="00016821"/>
    <w:rsid w:val="00020D31"/>
    <w:rsid w:val="0002435A"/>
    <w:rsid w:val="00034616"/>
    <w:rsid w:val="00035755"/>
    <w:rsid w:val="0003580A"/>
    <w:rsid w:val="000377A5"/>
    <w:rsid w:val="00052760"/>
    <w:rsid w:val="00055097"/>
    <w:rsid w:val="0005510E"/>
    <w:rsid w:val="00056DB9"/>
    <w:rsid w:val="0006040A"/>
    <w:rsid w:val="0006063C"/>
    <w:rsid w:val="00061EB6"/>
    <w:rsid w:val="00062F5E"/>
    <w:rsid w:val="00075D60"/>
    <w:rsid w:val="0008289B"/>
    <w:rsid w:val="0008381B"/>
    <w:rsid w:val="00086212"/>
    <w:rsid w:val="00097C59"/>
    <w:rsid w:val="000A0FF7"/>
    <w:rsid w:val="000A1362"/>
    <w:rsid w:val="000A349A"/>
    <w:rsid w:val="000A560A"/>
    <w:rsid w:val="000B2780"/>
    <w:rsid w:val="000C5304"/>
    <w:rsid w:val="000C5FCE"/>
    <w:rsid w:val="000D2A03"/>
    <w:rsid w:val="000E4CF4"/>
    <w:rsid w:val="000F7676"/>
    <w:rsid w:val="00100FB5"/>
    <w:rsid w:val="00117AA6"/>
    <w:rsid w:val="001243EB"/>
    <w:rsid w:val="001345D1"/>
    <w:rsid w:val="001377E1"/>
    <w:rsid w:val="001455CF"/>
    <w:rsid w:val="001501ED"/>
    <w:rsid w:val="0015074B"/>
    <w:rsid w:val="00163830"/>
    <w:rsid w:val="001700E4"/>
    <w:rsid w:val="00172413"/>
    <w:rsid w:val="0019485A"/>
    <w:rsid w:val="001959E5"/>
    <w:rsid w:val="00196A58"/>
    <w:rsid w:val="001B2A92"/>
    <w:rsid w:val="001B2B38"/>
    <w:rsid w:val="001C1C8C"/>
    <w:rsid w:val="001C2225"/>
    <w:rsid w:val="001C2D88"/>
    <w:rsid w:val="001D0C70"/>
    <w:rsid w:val="001D1409"/>
    <w:rsid w:val="001D5576"/>
    <w:rsid w:val="001E18E3"/>
    <w:rsid w:val="001F09FD"/>
    <w:rsid w:val="00200F15"/>
    <w:rsid w:val="002038DB"/>
    <w:rsid w:val="00212877"/>
    <w:rsid w:val="00221486"/>
    <w:rsid w:val="002234FA"/>
    <w:rsid w:val="00235F7B"/>
    <w:rsid w:val="002374AF"/>
    <w:rsid w:val="00247964"/>
    <w:rsid w:val="0025443A"/>
    <w:rsid w:val="0026273A"/>
    <w:rsid w:val="00263731"/>
    <w:rsid w:val="00267BBC"/>
    <w:rsid w:val="002717E4"/>
    <w:rsid w:val="0029639D"/>
    <w:rsid w:val="00296DD5"/>
    <w:rsid w:val="002B19E1"/>
    <w:rsid w:val="002C2C42"/>
    <w:rsid w:val="002D45B1"/>
    <w:rsid w:val="002E18E9"/>
    <w:rsid w:val="002E4306"/>
    <w:rsid w:val="002F0B3B"/>
    <w:rsid w:val="002F3032"/>
    <w:rsid w:val="002F3955"/>
    <w:rsid w:val="002F6AC7"/>
    <w:rsid w:val="00302EB9"/>
    <w:rsid w:val="00314ADF"/>
    <w:rsid w:val="00315735"/>
    <w:rsid w:val="003164FE"/>
    <w:rsid w:val="00323D76"/>
    <w:rsid w:val="00326F90"/>
    <w:rsid w:val="00327223"/>
    <w:rsid w:val="00327A08"/>
    <w:rsid w:val="00327A3D"/>
    <w:rsid w:val="00330E59"/>
    <w:rsid w:val="00332A48"/>
    <w:rsid w:val="003361B2"/>
    <w:rsid w:val="003371FE"/>
    <w:rsid w:val="00341939"/>
    <w:rsid w:val="0034423F"/>
    <w:rsid w:val="003468A3"/>
    <w:rsid w:val="00354D51"/>
    <w:rsid w:val="003648D8"/>
    <w:rsid w:val="00364A3D"/>
    <w:rsid w:val="00365E85"/>
    <w:rsid w:val="0037148A"/>
    <w:rsid w:val="00371BCE"/>
    <w:rsid w:val="00375DEA"/>
    <w:rsid w:val="00380277"/>
    <w:rsid w:val="00383DDE"/>
    <w:rsid w:val="00390CC6"/>
    <w:rsid w:val="0039206E"/>
    <w:rsid w:val="00397BFB"/>
    <w:rsid w:val="003A4C7C"/>
    <w:rsid w:val="003B4C74"/>
    <w:rsid w:val="003B6285"/>
    <w:rsid w:val="003D173C"/>
    <w:rsid w:val="003D63A6"/>
    <w:rsid w:val="003D64DE"/>
    <w:rsid w:val="003E7439"/>
    <w:rsid w:val="003F6D18"/>
    <w:rsid w:val="0040093E"/>
    <w:rsid w:val="004038C6"/>
    <w:rsid w:val="00411759"/>
    <w:rsid w:val="0041514C"/>
    <w:rsid w:val="00425627"/>
    <w:rsid w:val="0043255A"/>
    <w:rsid w:val="00440195"/>
    <w:rsid w:val="00453DC4"/>
    <w:rsid w:val="00474160"/>
    <w:rsid w:val="0047518C"/>
    <w:rsid w:val="004772A5"/>
    <w:rsid w:val="00480D0C"/>
    <w:rsid w:val="00482C30"/>
    <w:rsid w:val="00495B04"/>
    <w:rsid w:val="004A2C7E"/>
    <w:rsid w:val="004A37CF"/>
    <w:rsid w:val="004A559A"/>
    <w:rsid w:val="004B1E78"/>
    <w:rsid w:val="004B3654"/>
    <w:rsid w:val="004C736D"/>
    <w:rsid w:val="004D6A6F"/>
    <w:rsid w:val="004E4F8F"/>
    <w:rsid w:val="005047EC"/>
    <w:rsid w:val="005179E1"/>
    <w:rsid w:val="0052197E"/>
    <w:rsid w:val="0052509D"/>
    <w:rsid w:val="005316F3"/>
    <w:rsid w:val="00532E42"/>
    <w:rsid w:val="00537869"/>
    <w:rsid w:val="00542521"/>
    <w:rsid w:val="0054344A"/>
    <w:rsid w:val="00555EDE"/>
    <w:rsid w:val="005566CC"/>
    <w:rsid w:val="005578D6"/>
    <w:rsid w:val="005620C8"/>
    <w:rsid w:val="00563C83"/>
    <w:rsid w:val="0057075C"/>
    <w:rsid w:val="00572B4D"/>
    <w:rsid w:val="005A59DF"/>
    <w:rsid w:val="005A6CE8"/>
    <w:rsid w:val="005A7C43"/>
    <w:rsid w:val="005B16B9"/>
    <w:rsid w:val="005B5541"/>
    <w:rsid w:val="005C5183"/>
    <w:rsid w:val="005C5639"/>
    <w:rsid w:val="005C76F4"/>
    <w:rsid w:val="005E5C07"/>
    <w:rsid w:val="005F16AA"/>
    <w:rsid w:val="00606601"/>
    <w:rsid w:val="00612253"/>
    <w:rsid w:val="0061318D"/>
    <w:rsid w:val="0062006F"/>
    <w:rsid w:val="00620260"/>
    <w:rsid w:val="00625EFC"/>
    <w:rsid w:val="00637E82"/>
    <w:rsid w:val="00642D40"/>
    <w:rsid w:val="00642FCD"/>
    <w:rsid w:val="00647F34"/>
    <w:rsid w:val="00655E3C"/>
    <w:rsid w:val="00657778"/>
    <w:rsid w:val="0066321F"/>
    <w:rsid w:val="0066606A"/>
    <w:rsid w:val="00666422"/>
    <w:rsid w:val="00672793"/>
    <w:rsid w:val="0068212F"/>
    <w:rsid w:val="00690093"/>
    <w:rsid w:val="006A7749"/>
    <w:rsid w:val="006A7A97"/>
    <w:rsid w:val="006B0461"/>
    <w:rsid w:val="006B2C51"/>
    <w:rsid w:val="006B6B02"/>
    <w:rsid w:val="006D3A7D"/>
    <w:rsid w:val="006D778B"/>
    <w:rsid w:val="006E3B82"/>
    <w:rsid w:val="006E5ADF"/>
    <w:rsid w:val="006E7B8A"/>
    <w:rsid w:val="00701409"/>
    <w:rsid w:val="00706970"/>
    <w:rsid w:val="00714051"/>
    <w:rsid w:val="00714450"/>
    <w:rsid w:val="00741B22"/>
    <w:rsid w:val="007552A7"/>
    <w:rsid w:val="007604EE"/>
    <w:rsid w:val="00763A28"/>
    <w:rsid w:val="00767BC3"/>
    <w:rsid w:val="00773EBD"/>
    <w:rsid w:val="007941F2"/>
    <w:rsid w:val="007A02D7"/>
    <w:rsid w:val="007A30BB"/>
    <w:rsid w:val="007A6BB3"/>
    <w:rsid w:val="007A7D15"/>
    <w:rsid w:val="007C270B"/>
    <w:rsid w:val="007C30B4"/>
    <w:rsid w:val="007C642F"/>
    <w:rsid w:val="007D196B"/>
    <w:rsid w:val="007D2D2C"/>
    <w:rsid w:val="007D3B01"/>
    <w:rsid w:val="007D52CA"/>
    <w:rsid w:val="007E1AEE"/>
    <w:rsid w:val="007F3A79"/>
    <w:rsid w:val="007F4A06"/>
    <w:rsid w:val="00810146"/>
    <w:rsid w:val="008164F5"/>
    <w:rsid w:val="00820F14"/>
    <w:rsid w:val="0082434E"/>
    <w:rsid w:val="00825B43"/>
    <w:rsid w:val="00834E8A"/>
    <w:rsid w:val="008376D3"/>
    <w:rsid w:val="00841519"/>
    <w:rsid w:val="00856618"/>
    <w:rsid w:val="00860526"/>
    <w:rsid w:val="008649E5"/>
    <w:rsid w:val="008731B0"/>
    <w:rsid w:val="00877A3C"/>
    <w:rsid w:val="00884F61"/>
    <w:rsid w:val="00885768"/>
    <w:rsid w:val="00885B3F"/>
    <w:rsid w:val="008906C0"/>
    <w:rsid w:val="0089248A"/>
    <w:rsid w:val="008948FC"/>
    <w:rsid w:val="008965FD"/>
    <w:rsid w:val="008972EC"/>
    <w:rsid w:val="008A0383"/>
    <w:rsid w:val="008B51B4"/>
    <w:rsid w:val="008B637A"/>
    <w:rsid w:val="008C3AC3"/>
    <w:rsid w:val="008C7668"/>
    <w:rsid w:val="008D010A"/>
    <w:rsid w:val="008D0969"/>
    <w:rsid w:val="008D4A50"/>
    <w:rsid w:val="008D4ACA"/>
    <w:rsid w:val="008D5670"/>
    <w:rsid w:val="008E06E2"/>
    <w:rsid w:val="008E7038"/>
    <w:rsid w:val="008F1A9F"/>
    <w:rsid w:val="008F527C"/>
    <w:rsid w:val="008F6C5D"/>
    <w:rsid w:val="0090056A"/>
    <w:rsid w:val="009014D0"/>
    <w:rsid w:val="00912E42"/>
    <w:rsid w:val="00912ED9"/>
    <w:rsid w:val="009150E0"/>
    <w:rsid w:val="00924160"/>
    <w:rsid w:val="00924369"/>
    <w:rsid w:val="00932885"/>
    <w:rsid w:val="0093635D"/>
    <w:rsid w:val="009402BD"/>
    <w:rsid w:val="00941233"/>
    <w:rsid w:val="00944BDE"/>
    <w:rsid w:val="009475F2"/>
    <w:rsid w:val="00961501"/>
    <w:rsid w:val="009677C1"/>
    <w:rsid w:val="00980C4A"/>
    <w:rsid w:val="0098670B"/>
    <w:rsid w:val="0098681A"/>
    <w:rsid w:val="0099092A"/>
    <w:rsid w:val="009A733C"/>
    <w:rsid w:val="009A74BF"/>
    <w:rsid w:val="009B48F5"/>
    <w:rsid w:val="009C4426"/>
    <w:rsid w:val="009C58E9"/>
    <w:rsid w:val="009D1D7E"/>
    <w:rsid w:val="009D5BAA"/>
    <w:rsid w:val="009D63E5"/>
    <w:rsid w:val="009E1A1F"/>
    <w:rsid w:val="009E3E14"/>
    <w:rsid w:val="00A02AA2"/>
    <w:rsid w:val="00A02D3D"/>
    <w:rsid w:val="00A05580"/>
    <w:rsid w:val="00A05E7E"/>
    <w:rsid w:val="00A108FD"/>
    <w:rsid w:val="00A154C7"/>
    <w:rsid w:val="00A2268D"/>
    <w:rsid w:val="00A2523B"/>
    <w:rsid w:val="00A31389"/>
    <w:rsid w:val="00A360AB"/>
    <w:rsid w:val="00A513CA"/>
    <w:rsid w:val="00A679DD"/>
    <w:rsid w:val="00A723C0"/>
    <w:rsid w:val="00A764C1"/>
    <w:rsid w:val="00A8650D"/>
    <w:rsid w:val="00A8653D"/>
    <w:rsid w:val="00A91BA0"/>
    <w:rsid w:val="00AA1D8D"/>
    <w:rsid w:val="00AA368F"/>
    <w:rsid w:val="00AC0278"/>
    <w:rsid w:val="00AC1BDE"/>
    <w:rsid w:val="00AC2950"/>
    <w:rsid w:val="00AC36E1"/>
    <w:rsid w:val="00AD0C71"/>
    <w:rsid w:val="00AD5B32"/>
    <w:rsid w:val="00AE35E8"/>
    <w:rsid w:val="00AF0690"/>
    <w:rsid w:val="00AF77D9"/>
    <w:rsid w:val="00AF7BDC"/>
    <w:rsid w:val="00B12DF2"/>
    <w:rsid w:val="00B17390"/>
    <w:rsid w:val="00B2266F"/>
    <w:rsid w:val="00B23533"/>
    <w:rsid w:val="00B24044"/>
    <w:rsid w:val="00B2543C"/>
    <w:rsid w:val="00B3190C"/>
    <w:rsid w:val="00B452C7"/>
    <w:rsid w:val="00B47730"/>
    <w:rsid w:val="00B47EAB"/>
    <w:rsid w:val="00B501C0"/>
    <w:rsid w:val="00B510AA"/>
    <w:rsid w:val="00B51FA9"/>
    <w:rsid w:val="00B53DE2"/>
    <w:rsid w:val="00B55910"/>
    <w:rsid w:val="00B562C5"/>
    <w:rsid w:val="00B64474"/>
    <w:rsid w:val="00B65ADF"/>
    <w:rsid w:val="00B73400"/>
    <w:rsid w:val="00B82946"/>
    <w:rsid w:val="00B8684A"/>
    <w:rsid w:val="00B92772"/>
    <w:rsid w:val="00BA0525"/>
    <w:rsid w:val="00BA225B"/>
    <w:rsid w:val="00BA4036"/>
    <w:rsid w:val="00BA4159"/>
    <w:rsid w:val="00BB2C36"/>
    <w:rsid w:val="00BB5430"/>
    <w:rsid w:val="00BB747B"/>
    <w:rsid w:val="00BC1BCC"/>
    <w:rsid w:val="00BC28D6"/>
    <w:rsid w:val="00BC48F8"/>
    <w:rsid w:val="00BD5FB9"/>
    <w:rsid w:val="00BF2A19"/>
    <w:rsid w:val="00BF3F00"/>
    <w:rsid w:val="00BF7107"/>
    <w:rsid w:val="00C03683"/>
    <w:rsid w:val="00C07B85"/>
    <w:rsid w:val="00C17A40"/>
    <w:rsid w:val="00C3087D"/>
    <w:rsid w:val="00C37856"/>
    <w:rsid w:val="00C37FA3"/>
    <w:rsid w:val="00C425A7"/>
    <w:rsid w:val="00C44551"/>
    <w:rsid w:val="00C5021A"/>
    <w:rsid w:val="00C5617D"/>
    <w:rsid w:val="00C57E97"/>
    <w:rsid w:val="00C61141"/>
    <w:rsid w:val="00C7768D"/>
    <w:rsid w:val="00C8022E"/>
    <w:rsid w:val="00C9040F"/>
    <w:rsid w:val="00C96065"/>
    <w:rsid w:val="00CA2729"/>
    <w:rsid w:val="00CB0664"/>
    <w:rsid w:val="00CB4313"/>
    <w:rsid w:val="00CB5B1E"/>
    <w:rsid w:val="00CB637E"/>
    <w:rsid w:val="00CC7A1F"/>
    <w:rsid w:val="00CD4430"/>
    <w:rsid w:val="00CD5E45"/>
    <w:rsid w:val="00CD6257"/>
    <w:rsid w:val="00CE0145"/>
    <w:rsid w:val="00CF2A20"/>
    <w:rsid w:val="00CF33E6"/>
    <w:rsid w:val="00CF6214"/>
    <w:rsid w:val="00D107FB"/>
    <w:rsid w:val="00D1132C"/>
    <w:rsid w:val="00D135BF"/>
    <w:rsid w:val="00D16379"/>
    <w:rsid w:val="00D16471"/>
    <w:rsid w:val="00D17E17"/>
    <w:rsid w:val="00D23ABE"/>
    <w:rsid w:val="00D306AD"/>
    <w:rsid w:val="00D330D1"/>
    <w:rsid w:val="00D40402"/>
    <w:rsid w:val="00D45D97"/>
    <w:rsid w:val="00D6316C"/>
    <w:rsid w:val="00D64C51"/>
    <w:rsid w:val="00D717EC"/>
    <w:rsid w:val="00D72689"/>
    <w:rsid w:val="00D812D9"/>
    <w:rsid w:val="00D91CA1"/>
    <w:rsid w:val="00D92332"/>
    <w:rsid w:val="00DA01ED"/>
    <w:rsid w:val="00DA7FBF"/>
    <w:rsid w:val="00DB1F64"/>
    <w:rsid w:val="00DB4CF7"/>
    <w:rsid w:val="00DB63AE"/>
    <w:rsid w:val="00DB728D"/>
    <w:rsid w:val="00DC2974"/>
    <w:rsid w:val="00DC7660"/>
    <w:rsid w:val="00DD03CF"/>
    <w:rsid w:val="00DD1E9E"/>
    <w:rsid w:val="00DD2702"/>
    <w:rsid w:val="00DD59F7"/>
    <w:rsid w:val="00DD6F34"/>
    <w:rsid w:val="00DE2B4A"/>
    <w:rsid w:val="00DE5E65"/>
    <w:rsid w:val="00DF1476"/>
    <w:rsid w:val="00DF5C0D"/>
    <w:rsid w:val="00DF6EE9"/>
    <w:rsid w:val="00E0041E"/>
    <w:rsid w:val="00E01161"/>
    <w:rsid w:val="00E25E92"/>
    <w:rsid w:val="00E30327"/>
    <w:rsid w:val="00E32359"/>
    <w:rsid w:val="00E32374"/>
    <w:rsid w:val="00E36A01"/>
    <w:rsid w:val="00E36E3D"/>
    <w:rsid w:val="00E45D66"/>
    <w:rsid w:val="00E71B1D"/>
    <w:rsid w:val="00E72F80"/>
    <w:rsid w:val="00E73A5C"/>
    <w:rsid w:val="00E74D68"/>
    <w:rsid w:val="00E750A0"/>
    <w:rsid w:val="00E82C6B"/>
    <w:rsid w:val="00E83013"/>
    <w:rsid w:val="00E912F9"/>
    <w:rsid w:val="00E93B2F"/>
    <w:rsid w:val="00EA573A"/>
    <w:rsid w:val="00EA7390"/>
    <w:rsid w:val="00EB3590"/>
    <w:rsid w:val="00EB55E3"/>
    <w:rsid w:val="00ED3365"/>
    <w:rsid w:val="00EE29A5"/>
    <w:rsid w:val="00EE4714"/>
    <w:rsid w:val="00EE7573"/>
    <w:rsid w:val="00EF5EDA"/>
    <w:rsid w:val="00F045B3"/>
    <w:rsid w:val="00F05E9F"/>
    <w:rsid w:val="00F12D47"/>
    <w:rsid w:val="00F159B3"/>
    <w:rsid w:val="00F23D00"/>
    <w:rsid w:val="00F25003"/>
    <w:rsid w:val="00F31FD1"/>
    <w:rsid w:val="00F3223D"/>
    <w:rsid w:val="00F34CA0"/>
    <w:rsid w:val="00F408AB"/>
    <w:rsid w:val="00F41E0C"/>
    <w:rsid w:val="00F42725"/>
    <w:rsid w:val="00F475A9"/>
    <w:rsid w:val="00F57774"/>
    <w:rsid w:val="00F61287"/>
    <w:rsid w:val="00F71C1C"/>
    <w:rsid w:val="00F731E9"/>
    <w:rsid w:val="00F77D2B"/>
    <w:rsid w:val="00F85A4B"/>
    <w:rsid w:val="00FB17E2"/>
    <w:rsid w:val="00FC2793"/>
    <w:rsid w:val="00FC2CAB"/>
    <w:rsid w:val="00FC385C"/>
    <w:rsid w:val="00FC3F7E"/>
    <w:rsid w:val="00FC5435"/>
    <w:rsid w:val="00FC693F"/>
    <w:rsid w:val="00FC7363"/>
    <w:rsid w:val="00FD6A2B"/>
    <w:rsid w:val="00FF2F16"/>
    <w:rsid w:val="00FF5E14"/>
    <w:rsid w:val="00FF79EA"/>
    <w:rsid w:val="089C067E"/>
    <w:rsid w:val="094FE216"/>
    <w:rsid w:val="0BBB21D9"/>
    <w:rsid w:val="0BCD8EEA"/>
    <w:rsid w:val="0CF4FA1D"/>
    <w:rsid w:val="0EF7C3F4"/>
    <w:rsid w:val="1560EF68"/>
    <w:rsid w:val="15669DE2"/>
    <w:rsid w:val="169511B4"/>
    <w:rsid w:val="1739E9CD"/>
    <w:rsid w:val="181DF3D2"/>
    <w:rsid w:val="1B517290"/>
    <w:rsid w:val="1BDF5CD0"/>
    <w:rsid w:val="1C4C5D67"/>
    <w:rsid w:val="2013E93C"/>
    <w:rsid w:val="204061D0"/>
    <w:rsid w:val="2286F8D5"/>
    <w:rsid w:val="25E607B1"/>
    <w:rsid w:val="2CF83663"/>
    <w:rsid w:val="2FF8F2F1"/>
    <w:rsid w:val="323A8EFA"/>
    <w:rsid w:val="34E4F3B0"/>
    <w:rsid w:val="3A224A01"/>
    <w:rsid w:val="3BA428C6"/>
    <w:rsid w:val="49DB39C6"/>
    <w:rsid w:val="4CDD6F67"/>
    <w:rsid w:val="4F289DF0"/>
    <w:rsid w:val="509222C3"/>
    <w:rsid w:val="50ADE72F"/>
    <w:rsid w:val="50D41748"/>
    <w:rsid w:val="5635B4F4"/>
    <w:rsid w:val="5E6CCF9C"/>
    <w:rsid w:val="60F722CB"/>
    <w:rsid w:val="624265B6"/>
    <w:rsid w:val="66673F4A"/>
    <w:rsid w:val="680F3A4C"/>
    <w:rsid w:val="6F07A6CF"/>
    <w:rsid w:val="71919B07"/>
    <w:rsid w:val="72156D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B49203"/>
  <w14:defaultImageDpi w14:val="300"/>
  <w15:docId w15:val="{C538C3E3-3EC1-4378-AEEF-EABD69967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4160"/>
    <w:pPr>
      <w:spacing w:after="80"/>
    </w:pPr>
    <w:rPr>
      <w:rFonts w:ascii="Aptos" w:hAnsi="Aptos"/>
      <w:sz w:val="21"/>
      <w:lang w:val="nl-NL"/>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285440"/>
      <w:sz w:val="30"/>
      <w:szCs w:val="28"/>
    </w:rPr>
  </w:style>
  <w:style w:type="paragraph" w:styleId="Kop2">
    <w:name w:val="heading 2"/>
    <w:basedOn w:val="Standaard"/>
    <w:next w:val="Standaard"/>
    <w:link w:val="Kop2Char"/>
    <w:uiPriority w:val="9"/>
    <w:unhideWhenUsed/>
    <w:qFormat/>
    <w:rsid w:val="00D135BF"/>
    <w:pPr>
      <w:keepNext/>
      <w:keepLines/>
      <w:spacing w:before="200" w:after="120"/>
      <w:outlineLvl w:val="1"/>
    </w:pPr>
    <w:rPr>
      <w:rFonts w:asciiTheme="majorHAnsi" w:eastAsiaTheme="majorEastAsia" w:hAnsiTheme="majorHAnsi" w:cstheme="majorBidi"/>
      <w:b/>
      <w:bCs/>
      <w:color w:val="1C6024"/>
      <w:sz w:val="25"/>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D135BF"/>
    <w:rPr>
      <w:rFonts w:asciiTheme="majorHAnsi" w:eastAsiaTheme="majorEastAsia" w:hAnsiTheme="majorHAnsi" w:cstheme="majorBidi"/>
      <w:b/>
      <w:bCs/>
      <w:color w:val="1C6024"/>
      <w:sz w:val="25"/>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85440"/>
      <w:spacing w:val="5"/>
      <w:kern w:val="28"/>
      <w:sz w:val="44"/>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e">
    <w:name w:val="Revision"/>
    <w:hidden/>
    <w:uiPriority w:val="99"/>
    <w:semiHidden/>
    <w:rsid w:val="008C7668"/>
    <w:pPr>
      <w:spacing w:after="0" w:line="240" w:lineRule="auto"/>
    </w:pPr>
    <w:rPr>
      <w:rFonts w:ascii="Aptos" w:hAnsi="Aptos"/>
      <w:sz w:val="21"/>
    </w:rPr>
  </w:style>
  <w:style w:type="paragraph" w:customStyle="1" w:styleId="p1">
    <w:name w:val="p1"/>
    <w:basedOn w:val="Standaard"/>
    <w:rsid w:val="00E73A5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1">
    <w:name w:val="s1"/>
    <w:basedOn w:val="Standaardalinea-lettertype"/>
    <w:rsid w:val="00E73A5C"/>
  </w:style>
  <w:style w:type="paragraph" w:customStyle="1" w:styleId="p2">
    <w:name w:val="p2"/>
    <w:basedOn w:val="Standaard"/>
    <w:rsid w:val="00E73A5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4">
    <w:name w:val="p4"/>
    <w:basedOn w:val="Standaard"/>
    <w:rsid w:val="00E73A5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2">
    <w:name w:val="s2"/>
    <w:basedOn w:val="Standaardalinea-lettertype"/>
    <w:rsid w:val="00E73A5C"/>
  </w:style>
  <w:style w:type="paragraph" w:customStyle="1" w:styleId="p3">
    <w:name w:val="p3"/>
    <w:basedOn w:val="Standaard"/>
    <w:rsid w:val="00E73A5C"/>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d9e5b4-2a56-43bb-a28f-d9ba8ed15ba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D992076185A7E4F8ABF9A665BBB0D71" ma:contentTypeVersion="10" ma:contentTypeDescription="Een nieuw document maken." ma:contentTypeScope="" ma:versionID="da25493984af68df779bc6cbf7f83ef9">
  <xsd:schema xmlns:xsd="http://www.w3.org/2001/XMLSchema" xmlns:xs="http://www.w3.org/2001/XMLSchema" xmlns:p="http://schemas.microsoft.com/office/2006/metadata/properties" xmlns:ns2="04d9e5b4-2a56-43bb-a28f-d9ba8ed15bab" targetNamespace="http://schemas.microsoft.com/office/2006/metadata/properties" ma:root="true" ma:fieldsID="984eb538841cfd03cdae7c3e42b2d753" ns2:_="">
    <xsd:import namespace="04d9e5b4-2a56-43bb-a28f-d9ba8ed15b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9e5b4-2a56-43bb-a28f-d9ba8ed15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931c1f6-98ed-4572-9b95-46e61c7575a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9CD0A7-B0A3-40EA-B84F-43FF707C658F}">
  <ds:schemaRefs>
    <ds:schemaRef ds:uri="http://schemas.microsoft.com/sharepoint/v3/contenttype/forms"/>
  </ds:schemaRefs>
</ds:datastoreItem>
</file>

<file path=customXml/itemProps2.xml><?xml version="1.0" encoding="utf-8"?>
<ds:datastoreItem xmlns:ds="http://schemas.openxmlformats.org/officeDocument/2006/customXml" ds:itemID="{34D3EEC4-0EEF-4698-B6E5-93214283EE43}">
  <ds:schemaRefs>
    <ds:schemaRef ds:uri="http://schemas.microsoft.com/office/2006/metadata/properties"/>
    <ds:schemaRef ds:uri="http://schemas.microsoft.com/office/infopath/2007/PartnerControls"/>
    <ds:schemaRef ds:uri="04d9e5b4-2a56-43bb-a28f-d9ba8ed15bab"/>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0B963D4B-53FF-4D5B-A5BB-2E79A063B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9e5b4-2a56-43bb-a28f-d9ba8ed15b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954</Words>
  <Characters>5595</Characters>
  <Application>Microsoft Office Word</Application>
  <DocSecurity>0</DocSecurity>
  <Lines>151</Lines>
  <Paragraphs>103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6446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Gertjan Kooij</cp:lastModifiedBy>
  <cp:revision>2</cp:revision>
  <dcterms:created xsi:type="dcterms:W3CDTF">2026-10-03T07:30:00Z</dcterms:created>
  <dcterms:modified xsi:type="dcterms:W3CDTF">2026-10-03T07:30:00Z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0x0101002D992076185A7E4F8ABF9A665BBB0D71</vt:lpwstr>
  </property>
  <property fmtid="{D5CDD505-2E9C-101B-9397-08002B2CF9AE}" pid="3" name="MediaServiceImageTags">
    <vt:lpwstr/>
  </property>
  <property fmtid="{D5CDD505-2E9C-101B-9397-08002B2CF9AE}" pid="4" name="docLang">
    <vt:lpwstr>nl</vt:lpwstr>
  </property>
</Properties>
</file>