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CE62C4" w14:textId="71F0A114" w:rsidR="00576663" w:rsidRPr="00611680" w:rsidRDefault="00A95E86" w:rsidP="00A95E86">
      <w:pPr>
        <w:spacing w:after="0"/>
        <w:jc w:val="right"/>
        <w:rPr>
          <w:b/>
          <w:i/>
          <w:iCs/>
          <w:sz w:val="24"/>
          <w:szCs w:val="24"/>
          <w:lang w:val="nl-NL"/>
        </w:rPr>
      </w:pPr>
      <w:r w:rsidRPr="00611680">
        <w:rPr>
          <w:b/>
          <w:sz w:val="32"/>
          <w:szCs w:val="32"/>
          <w:lang w:val="nl-NL"/>
        </w:rPr>
        <w:t>Registratieformulier incidenten</w:t>
      </w:r>
      <w:r w:rsidR="00265CC5" w:rsidRPr="00611680">
        <w:rPr>
          <w:b/>
          <w:sz w:val="32"/>
          <w:szCs w:val="32"/>
          <w:lang w:val="nl-NL"/>
        </w:rPr>
        <w:t xml:space="preserve"> schoolexamen</w:t>
      </w:r>
    </w:p>
    <w:p w14:paraId="0110D974" w14:textId="60023E93" w:rsidR="00330B5B" w:rsidRPr="00611680" w:rsidRDefault="00686E13" w:rsidP="00A95E86">
      <w:pPr>
        <w:spacing w:after="0"/>
        <w:jc w:val="right"/>
        <w:rPr>
          <w:b/>
          <w:i/>
          <w:iCs/>
          <w:sz w:val="24"/>
          <w:szCs w:val="24"/>
          <w:lang w:val="nl-NL"/>
        </w:rPr>
      </w:pPr>
      <w:r w:rsidRPr="00611680">
        <w:rPr>
          <w:b/>
          <w:i/>
          <w:iCs/>
          <w:sz w:val="24"/>
          <w:szCs w:val="24"/>
          <w:lang w:val="nl-NL"/>
        </w:rPr>
        <w:t>Externe vmbo-</w:t>
      </w:r>
      <w:r w:rsidR="00576663" w:rsidRPr="00611680">
        <w:rPr>
          <w:b/>
          <w:i/>
          <w:iCs/>
          <w:sz w:val="24"/>
          <w:szCs w:val="24"/>
          <w:lang w:val="nl-NL"/>
        </w:rPr>
        <w:t>keuzevakken</w:t>
      </w:r>
      <w:r w:rsidR="00FE13F8" w:rsidRPr="00611680">
        <w:rPr>
          <w:b/>
          <w:i/>
          <w:iCs/>
          <w:sz w:val="24"/>
          <w:szCs w:val="24"/>
          <w:lang w:val="nl-NL"/>
        </w:rPr>
        <w:t xml:space="preserve"> op </w:t>
      </w:r>
      <w:r w:rsidR="00DB4F16" w:rsidRPr="00611680">
        <w:rPr>
          <w:b/>
          <w:i/>
          <w:iCs/>
          <w:sz w:val="24"/>
          <w:szCs w:val="24"/>
          <w:lang w:val="nl-NL"/>
        </w:rPr>
        <w:t>het</w:t>
      </w:r>
      <w:r w:rsidR="00FE13F8" w:rsidRPr="00611680">
        <w:rPr>
          <w:b/>
          <w:i/>
          <w:iCs/>
          <w:sz w:val="24"/>
          <w:szCs w:val="24"/>
          <w:lang w:val="nl-NL"/>
        </w:rPr>
        <w:t xml:space="preserve"> mbo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421088" w:rsidRPr="00611680" w14:paraId="148669C3" w14:textId="77777777">
        <w:trPr>
          <w:jc w:val="center"/>
        </w:trPr>
        <w:tc>
          <w:tcPr>
            <w:tcW w:w="9972" w:type="dxa"/>
            <w:shd w:val="clear" w:color="auto" w:fill="E9EEF3"/>
            <w:tcMar>
              <w:top w:w="150" w:type="dxa"/>
              <w:left w:w="160" w:type="dxa"/>
              <w:bottom w:w="150" w:type="dxa"/>
              <w:right w:w="160" w:type="dxa"/>
            </w:tcMar>
          </w:tcPr>
          <w:p w14:paraId="703DA400" w14:textId="77777777" w:rsidR="00421088" w:rsidRPr="00611680" w:rsidRDefault="00FE13F8">
            <w:pPr>
              <w:rPr>
                <w:lang w:val="nl-NL"/>
              </w:rPr>
            </w:pPr>
            <w:r w:rsidRPr="00611680">
              <w:rPr>
                <w:b/>
                <w:sz w:val="22"/>
                <w:lang w:val="nl-NL"/>
              </w:rPr>
              <w:t>Bedoeling en reikwijdte van dit document</w:t>
            </w:r>
          </w:p>
          <w:p w14:paraId="7CC1250A" w14:textId="7B1858E0" w:rsidR="00324013" w:rsidRPr="00611680" w:rsidRDefault="00FE13F8" w:rsidP="00324013">
            <w:pPr>
              <w:rPr>
                <w:lang w:val="nl-NL"/>
              </w:rPr>
            </w:pPr>
            <w:r w:rsidRPr="00611680">
              <w:rPr>
                <w:lang w:val="nl-NL"/>
              </w:rPr>
              <w:t xml:space="preserve">Dit proces verbaal is uitsluitend bedoeld voor toetsen die onderdeel zijn van het schoolexamen en meetellen </w:t>
            </w:r>
            <w:r w:rsidR="008C460E" w:rsidRPr="00611680">
              <w:rPr>
                <w:lang w:val="nl-NL"/>
              </w:rPr>
              <w:t xml:space="preserve">Dit formulier wordt gebruikt voor het registreren van incidenten en onregelmatigheden tijdens </w:t>
            </w:r>
            <w:proofErr w:type="spellStart"/>
            <w:r w:rsidR="008C460E" w:rsidRPr="00611680">
              <w:rPr>
                <w:lang w:val="nl-NL"/>
              </w:rPr>
              <w:t>summatieve</w:t>
            </w:r>
            <w:proofErr w:type="spellEnd"/>
            <w:r w:rsidR="008C460E" w:rsidRPr="00611680">
              <w:rPr>
                <w:lang w:val="nl-NL"/>
              </w:rPr>
              <w:t xml:space="preserve"> </w:t>
            </w:r>
            <w:proofErr w:type="spellStart"/>
            <w:r w:rsidR="008C460E" w:rsidRPr="00611680">
              <w:rPr>
                <w:lang w:val="nl-NL"/>
              </w:rPr>
              <w:t>toetsmomenten</w:t>
            </w:r>
            <w:proofErr w:type="spellEnd"/>
            <w:r w:rsidR="008C460E" w:rsidRPr="00611680">
              <w:rPr>
                <w:lang w:val="nl-NL"/>
              </w:rPr>
              <w:t xml:space="preserve"> die onderdeel zijn van het schoolexamen van een extern </w:t>
            </w:r>
            <w:r w:rsidR="00611680" w:rsidRPr="00611680">
              <w:rPr>
                <w:lang w:val="nl-NL"/>
              </w:rPr>
              <w:t>vmbo-keuzevak</w:t>
            </w:r>
            <w:r w:rsidR="008C460E" w:rsidRPr="00611680">
              <w:rPr>
                <w:lang w:val="nl-NL"/>
              </w:rPr>
              <w:t xml:space="preserve">. De mbo docent registreert de feiten. De eigen </w:t>
            </w:r>
            <w:r w:rsidR="00611680" w:rsidRPr="00611680">
              <w:rPr>
                <w:lang w:val="nl-NL"/>
              </w:rPr>
              <w:t>vmbo-school</w:t>
            </w:r>
            <w:r w:rsidR="008C460E" w:rsidRPr="00611680">
              <w:rPr>
                <w:lang w:val="nl-NL"/>
              </w:rPr>
              <w:t xml:space="preserve"> beoordeelt de onregelmatigheid en bepaalt op basis van het eigen examenreglement de eventuele vervolgstappen.</w:t>
            </w:r>
          </w:p>
          <w:p w14:paraId="0F2188B6" w14:textId="28A946F8" w:rsidR="00324013" w:rsidRPr="00611680" w:rsidRDefault="00324013" w:rsidP="00324013">
            <w:pPr>
              <w:rPr>
                <w:lang w:val="nl-NL"/>
              </w:rPr>
            </w:pPr>
            <w:r w:rsidRPr="00611680">
              <w:rPr>
                <w:lang w:val="nl-NL"/>
              </w:rPr>
              <w:t xml:space="preserve">Een onregelmatigheid die pas na de toets wordt geconstateerd, wordt eveneens met dit formulier vastgelegd en via de </w:t>
            </w:r>
            <w:r w:rsidR="00611680" w:rsidRPr="00611680">
              <w:rPr>
                <w:lang w:val="nl-NL"/>
              </w:rPr>
              <w:t>vmbo-begeleider</w:t>
            </w:r>
            <w:r w:rsidRPr="00611680">
              <w:rPr>
                <w:lang w:val="nl-NL"/>
              </w:rPr>
              <w:t xml:space="preserve"> gemeld bij de eigen vmbo</w:t>
            </w:r>
            <w:r w:rsidR="00611680">
              <w:rPr>
                <w:lang w:val="nl-NL"/>
              </w:rPr>
              <w:t>-</w:t>
            </w:r>
            <w:r w:rsidRPr="00611680">
              <w:rPr>
                <w:lang w:val="nl-NL"/>
              </w:rPr>
              <w:t>school.</w:t>
            </w:r>
          </w:p>
        </w:tc>
      </w:tr>
    </w:tbl>
    <w:p w14:paraId="65C77B4C" w14:textId="77777777" w:rsidR="00421088" w:rsidRPr="00611680" w:rsidRDefault="00FE13F8" w:rsidP="00084C2B">
      <w:pPr>
        <w:pStyle w:val="Kop1"/>
      </w:pPr>
      <w:r w:rsidRPr="00611680">
        <w:t>Wanneer wordt dit proces verbaal gebruikt?</w:t>
      </w:r>
    </w:p>
    <w:p w14:paraId="30D209AC" w14:textId="77777777" w:rsidR="00421088" w:rsidRPr="00611680" w:rsidRDefault="00FE13F8">
      <w:pPr>
        <w:rPr>
          <w:lang w:val="nl-NL"/>
        </w:rPr>
      </w:pPr>
      <w:r w:rsidRPr="00611680">
        <w:rPr>
          <w:lang w:val="nl-NL"/>
        </w:rPr>
        <w:t>Vul dit formulier in wanneer bij een schoolexamen sprake is van een van de volgende situaties:</w:t>
      </w:r>
    </w:p>
    <w:p w14:paraId="04C9D704" w14:textId="348CC18C" w:rsidR="00421088" w:rsidRPr="00611680" w:rsidRDefault="00FE13F8">
      <w:pPr>
        <w:spacing w:after="40"/>
        <w:ind w:left="227"/>
        <w:rPr>
          <w:lang w:val="nl-NL"/>
        </w:rPr>
      </w:pPr>
      <w:r w:rsidRPr="00611680">
        <w:rPr>
          <w:lang w:val="nl-NL"/>
        </w:rPr>
        <w:t xml:space="preserve">☐ De leerling is meer dan 30 minuten </w:t>
      </w:r>
      <w:r w:rsidR="002B1925">
        <w:rPr>
          <w:lang w:val="nl-NL"/>
        </w:rPr>
        <w:t xml:space="preserve">ongeoorloofd </w:t>
      </w:r>
      <w:r w:rsidRPr="00611680">
        <w:rPr>
          <w:lang w:val="nl-NL"/>
        </w:rPr>
        <w:t xml:space="preserve">te laat bij het </w:t>
      </w:r>
      <w:r w:rsidR="00425BC0" w:rsidRPr="00611680">
        <w:rPr>
          <w:lang w:val="nl-NL"/>
        </w:rPr>
        <w:t>school</w:t>
      </w:r>
      <w:r w:rsidRPr="00611680">
        <w:rPr>
          <w:lang w:val="nl-NL"/>
        </w:rPr>
        <w:t>examen.</w:t>
      </w:r>
    </w:p>
    <w:p w14:paraId="180BE0EE" w14:textId="19CA9390" w:rsidR="00421088" w:rsidRPr="00611680" w:rsidRDefault="00FE13F8" w:rsidP="00442CC7">
      <w:pPr>
        <w:spacing w:after="40"/>
        <w:ind w:left="227"/>
        <w:rPr>
          <w:lang w:val="nl-NL"/>
        </w:rPr>
      </w:pPr>
      <w:r w:rsidRPr="00611680">
        <w:rPr>
          <w:lang w:val="nl-NL"/>
        </w:rPr>
        <w:t xml:space="preserve">☐ De leerling is ongeoorloofd afwezig bij het </w:t>
      </w:r>
      <w:r w:rsidR="00425BC0" w:rsidRPr="00611680">
        <w:rPr>
          <w:lang w:val="nl-NL"/>
        </w:rPr>
        <w:t>school</w:t>
      </w:r>
      <w:r w:rsidRPr="00611680">
        <w:rPr>
          <w:lang w:val="nl-NL"/>
        </w:rPr>
        <w:t>examen.</w:t>
      </w:r>
    </w:p>
    <w:p w14:paraId="7DCC4BB6" w14:textId="5C1B1075" w:rsidR="00421088" w:rsidRPr="00611680" w:rsidRDefault="00FE13F8" w:rsidP="00F5039B">
      <w:pPr>
        <w:spacing w:after="40"/>
        <w:ind w:left="227"/>
        <w:rPr>
          <w:lang w:val="nl-NL"/>
        </w:rPr>
      </w:pPr>
      <w:r w:rsidRPr="00611680">
        <w:rPr>
          <w:lang w:val="nl-NL"/>
        </w:rPr>
        <w:t xml:space="preserve">☐ </w:t>
      </w:r>
      <w:r w:rsidR="005E4B00" w:rsidRPr="00611680">
        <w:rPr>
          <w:lang w:val="nl-NL"/>
        </w:rPr>
        <w:t>Er is een onregelmatigheid tijdens of rond het schoolexamen geconstateerd.</w:t>
      </w:r>
      <w:r w:rsidR="00F5039B" w:rsidRPr="00611680">
        <w:rPr>
          <w:lang w:val="nl-NL"/>
        </w:rPr>
        <w:t xml:space="preserve"> N</w:t>
      </w:r>
      <w:r w:rsidRPr="00611680">
        <w:rPr>
          <w:lang w:val="nl-NL"/>
        </w:rPr>
        <w:t>amelijk: ________________________________</w:t>
      </w:r>
    </w:p>
    <w:p w14:paraId="547E5B9B" w14:textId="77777777" w:rsidR="006B2716" w:rsidRPr="00611680" w:rsidRDefault="006B2716" w:rsidP="00DB4F16">
      <w:pPr>
        <w:spacing w:after="40"/>
        <w:ind w:left="227"/>
        <w:rPr>
          <w:lang w:val="nl-NL"/>
        </w:rPr>
      </w:pPr>
    </w:p>
    <w:p w14:paraId="5B19717B" w14:textId="77777777" w:rsidR="006B2716" w:rsidRPr="00611680" w:rsidRDefault="006B2716" w:rsidP="00DB4F16">
      <w:pPr>
        <w:spacing w:after="40"/>
        <w:ind w:left="227"/>
        <w:rPr>
          <w:lang w:val="nl-NL"/>
        </w:rPr>
      </w:pPr>
    </w:p>
    <w:p w14:paraId="2A774369" w14:textId="77777777" w:rsidR="006B2716" w:rsidRPr="00611680" w:rsidRDefault="006B2716" w:rsidP="00084C2B">
      <w:pPr>
        <w:pStyle w:val="Kop1"/>
        <w:sectPr w:rsidR="006B2716" w:rsidRPr="00611680" w:rsidSect="00034616">
          <w:headerReference w:type="default" r:id="rId8"/>
          <w:footerReference w:type="default" r:id="rId9"/>
          <w:pgSz w:w="12240" w:h="15840"/>
          <w:pgMar w:top="1020" w:right="1134" w:bottom="964" w:left="1134" w:header="720" w:footer="720" w:gutter="0"/>
          <w:cols w:space="720"/>
          <w:docGrid w:linePitch="360"/>
        </w:sectPr>
      </w:pPr>
    </w:p>
    <w:p w14:paraId="21817FED" w14:textId="0DF2EA61" w:rsidR="00421088" w:rsidRPr="00611680" w:rsidRDefault="00FE13F8" w:rsidP="00084C2B">
      <w:pPr>
        <w:pStyle w:val="Kop1"/>
      </w:pPr>
      <w:r w:rsidRPr="00611680">
        <w:t>Gegevens leerling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1549"/>
        <w:gridCol w:w="2964"/>
      </w:tblGrid>
      <w:tr w:rsidR="00DB4F16" w:rsidRPr="00611680" w14:paraId="58985D77" w14:textId="77777777" w:rsidTr="006B2716">
        <w:tc>
          <w:tcPr>
            <w:tcW w:w="1569" w:type="dxa"/>
          </w:tcPr>
          <w:p w14:paraId="50987C70" w14:textId="0EA04D93" w:rsidR="00DB4F16" w:rsidRPr="00611680" w:rsidRDefault="006B2716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Achternaam</w:t>
            </w:r>
          </w:p>
        </w:tc>
        <w:tc>
          <w:tcPr>
            <w:tcW w:w="3170" w:type="dxa"/>
          </w:tcPr>
          <w:p w14:paraId="04EAB8CC" w14:textId="77777777" w:rsidR="00DB4F16" w:rsidRPr="00611680" w:rsidRDefault="00DB4F16">
            <w:pPr>
              <w:rPr>
                <w:lang w:val="nl-NL"/>
              </w:rPr>
            </w:pPr>
          </w:p>
        </w:tc>
      </w:tr>
      <w:tr w:rsidR="00DB4F16" w:rsidRPr="00611680" w14:paraId="2E7810F1" w14:textId="77777777" w:rsidTr="006B2716">
        <w:tc>
          <w:tcPr>
            <w:tcW w:w="1569" w:type="dxa"/>
          </w:tcPr>
          <w:p w14:paraId="68467A2A" w14:textId="38EE3798" w:rsidR="00DB4F16" w:rsidRPr="00611680" w:rsidRDefault="006B2716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Voornaam</w:t>
            </w:r>
          </w:p>
        </w:tc>
        <w:tc>
          <w:tcPr>
            <w:tcW w:w="3170" w:type="dxa"/>
          </w:tcPr>
          <w:p w14:paraId="72C99896" w14:textId="77777777" w:rsidR="00DB4F16" w:rsidRPr="00611680" w:rsidRDefault="00DB4F16">
            <w:pPr>
              <w:rPr>
                <w:lang w:val="nl-NL"/>
              </w:rPr>
            </w:pPr>
          </w:p>
        </w:tc>
      </w:tr>
      <w:tr w:rsidR="006B2716" w:rsidRPr="00611680" w14:paraId="127DFB78" w14:textId="77777777" w:rsidTr="006B2716">
        <w:tc>
          <w:tcPr>
            <w:tcW w:w="1569" w:type="dxa"/>
          </w:tcPr>
          <w:p w14:paraId="315E6BAF" w14:textId="306682F4" w:rsidR="006B2716" w:rsidRPr="00611680" w:rsidRDefault="00330B5B" w:rsidP="006B2716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Vmbo-school</w:t>
            </w:r>
          </w:p>
        </w:tc>
        <w:tc>
          <w:tcPr>
            <w:tcW w:w="3170" w:type="dxa"/>
          </w:tcPr>
          <w:p w14:paraId="0E55F3FD" w14:textId="77777777" w:rsidR="006B2716" w:rsidRPr="00611680" w:rsidRDefault="006B2716" w:rsidP="006B2716">
            <w:pPr>
              <w:rPr>
                <w:lang w:val="nl-NL"/>
              </w:rPr>
            </w:pPr>
          </w:p>
        </w:tc>
      </w:tr>
    </w:tbl>
    <w:p w14:paraId="7E075B47" w14:textId="1DFDA410" w:rsidR="006B2716" w:rsidRPr="00611680" w:rsidRDefault="006B2716" w:rsidP="00084C2B">
      <w:pPr>
        <w:pStyle w:val="Kop1"/>
      </w:pPr>
      <w:r w:rsidRPr="00611680">
        <w:t>Gegevens mbo-docent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1618"/>
        <w:gridCol w:w="2895"/>
      </w:tblGrid>
      <w:tr w:rsidR="006B2716" w:rsidRPr="00611680" w14:paraId="007B1586" w14:textId="77777777" w:rsidTr="00B74847">
        <w:tc>
          <w:tcPr>
            <w:tcW w:w="2552" w:type="dxa"/>
          </w:tcPr>
          <w:p w14:paraId="7B45AF52" w14:textId="396A5A19" w:rsidR="006B2716" w:rsidRPr="00611680" w:rsidRDefault="006B2716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Naam</w:t>
            </w:r>
          </w:p>
        </w:tc>
        <w:tc>
          <w:tcPr>
            <w:tcW w:w="6946" w:type="dxa"/>
          </w:tcPr>
          <w:p w14:paraId="3B63D8A5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  <w:tr w:rsidR="006B2716" w:rsidRPr="00611680" w14:paraId="3C617C5E" w14:textId="77777777" w:rsidTr="00B74847">
        <w:tc>
          <w:tcPr>
            <w:tcW w:w="2552" w:type="dxa"/>
          </w:tcPr>
          <w:p w14:paraId="0CF57885" w14:textId="680A5A26" w:rsidR="006B2716" w:rsidRPr="00611680" w:rsidRDefault="00330B5B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Mbo-instelling</w:t>
            </w:r>
          </w:p>
        </w:tc>
        <w:tc>
          <w:tcPr>
            <w:tcW w:w="6946" w:type="dxa"/>
          </w:tcPr>
          <w:p w14:paraId="401D3AB1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  <w:tr w:rsidR="006B2716" w:rsidRPr="00611680" w14:paraId="22408EEE" w14:textId="77777777" w:rsidTr="00B74847">
        <w:tc>
          <w:tcPr>
            <w:tcW w:w="2552" w:type="dxa"/>
          </w:tcPr>
          <w:p w14:paraId="02ECFF23" w14:textId="1DDDF19E" w:rsidR="006B2716" w:rsidRPr="00611680" w:rsidRDefault="006B2716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E-mail</w:t>
            </w:r>
          </w:p>
        </w:tc>
        <w:tc>
          <w:tcPr>
            <w:tcW w:w="6946" w:type="dxa"/>
          </w:tcPr>
          <w:p w14:paraId="5904A526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</w:tbl>
    <w:p w14:paraId="3C61EC62" w14:textId="77777777" w:rsidR="006B2716" w:rsidRPr="00611680" w:rsidRDefault="006B2716" w:rsidP="00084C2B">
      <w:pPr>
        <w:pStyle w:val="Kop1"/>
        <w:sectPr w:rsidR="006B2716" w:rsidRPr="00611680" w:rsidSect="006B2716">
          <w:type w:val="continuous"/>
          <w:pgSz w:w="12240" w:h="15840"/>
          <w:pgMar w:top="1020" w:right="1134" w:bottom="964" w:left="1134" w:header="720" w:footer="720" w:gutter="0"/>
          <w:cols w:num="2" w:space="709"/>
          <w:docGrid w:linePitch="360"/>
        </w:sectPr>
      </w:pPr>
    </w:p>
    <w:p w14:paraId="7BD05556" w14:textId="74A96559" w:rsidR="00421088" w:rsidRPr="00611680" w:rsidRDefault="00FE13F8" w:rsidP="00084C2B">
      <w:pPr>
        <w:pStyle w:val="Kop1"/>
      </w:pPr>
      <w:r w:rsidRPr="00611680">
        <w:t>Gegevens schoolexamen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946"/>
      </w:tblGrid>
      <w:tr w:rsidR="006B2716" w:rsidRPr="00611680" w14:paraId="087FA044" w14:textId="77777777" w:rsidTr="00B74847">
        <w:tc>
          <w:tcPr>
            <w:tcW w:w="2552" w:type="dxa"/>
          </w:tcPr>
          <w:p w14:paraId="717401A5" w14:textId="48ECDDE5" w:rsidR="006B2716" w:rsidRPr="00611680" w:rsidRDefault="00330B5B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Naam keuzevak:</w:t>
            </w:r>
          </w:p>
        </w:tc>
        <w:tc>
          <w:tcPr>
            <w:tcW w:w="6946" w:type="dxa"/>
          </w:tcPr>
          <w:p w14:paraId="0A70126D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  <w:tr w:rsidR="006B2716" w:rsidRPr="00611680" w14:paraId="0CB216A9" w14:textId="77777777" w:rsidTr="00B74847">
        <w:tc>
          <w:tcPr>
            <w:tcW w:w="2552" w:type="dxa"/>
          </w:tcPr>
          <w:p w14:paraId="2333FAD1" w14:textId="52D82413" w:rsidR="006B2716" w:rsidRPr="00611680" w:rsidRDefault="00330B5B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Naam toets:</w:t>
            </w:r>
          </w:p>
        </w:tc>
        <w:tc>
          <w:tcPr>
            <w:tcW w:w="6946" w:type="dxa"/>
          </w:tcPr>
          <w:p w14:paraId="1C29DA8D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  <w:tr w:rsidR="006B2716" w:rsidRPr="00611680" w14:paraId="52EAF049" w14:textId="77777777" w:rsidTr="00B74847">
        <w:tc>
          <w:tcPr>
            <w:tcW w:w="2552" w:type="dxa"/>
          </w:tcPr>
          <w:p w14:paraId="271C1728" w14:textId="222AFC74" w:rsidR="006B2716" w:rsidRPr="00611680" w:rsidRDefault="00330B5B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Datum toets:</w:t>
            </w:r>
          </w:p>
        </w:tc>
        <w:tc>
          <w:tcPr>
            <w:tcW w:w="6946" w:type="dxa"/>
          </w:tcPr>
          <w:p w14:paraId="7BB11120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  <w:tr w:rsidR="006B2716" w:rsidRPr="00611680" w14:paraId="6CCF0D4D" w14:textId="77777777" w:rsidTr="00B74847">
        <w:tc>
          <w:tcPr>
            <w:tcW w:w="2552" w:type="dxa"/>
          </w:tcPr>
          <w:p w14:paraId="04306A85" w14:textId="1D739628" w:rsidR="006B2716" w:rsidRPr="00611680" w:rsidRDefault="00330B5B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Geplande starttijd:</w:t>
            </w:r>
          </w:p>
        </w:tc>
        <w:tc>
          <w:tcPr>
            <w:tcW w:w="6946" w:type="dxa"/>
          </w:tcPr>
          <w:p w14:paraId="507327EA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  <w:tr w:rsidR="006B2716" w:rsidRPr="00611680" w14:paraId="752979B8" w14:textId="77777777" w:rsidTr="00B74847">
        <w:tc>
          <w:tcPr>
            <w:tcW w:w="2552" w:type="dxa"/>
          </w:tcPr>
          <w:p w14:paraId="5E3E463F" w14:textId="0D1020B7" w:rsidR="006B2716" w:rsidRPr="00611680" w:rsidRDefault="00330B5B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Geplande eindtijd:</w:t>
            </w:r>
          </w:p>
        </w:tc>
        <w:tc>
          <w:tcPr>
            <w:tcW w:w="6946" w:type="dxa"/>
          </w:tcPr>
          <w:p w14:paraId="1619C1B8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  <w:tr w:rsidR="006B2716" w:rsidRPr="00611680" w14:paraId="5A15A9D0" w14:textId="77777777" w:rsidTr="00B74847">
        <w:tc>
          <w:tcPr>
            <w:tcW w:w="2552" w:type="dxa"/>
          </w:tcPr>
          <w:p w14:paraId="31A80A43" w14:textId="30FBD0D2" w:rsidR="006B2716" w:rsidRPr="00611680" w:rsidRDefault="006B2716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Mbo-docent</w:t>
            </w:r>
            <w:r w:rsidR="00330B5B" w:rsidRPr="00611680">
              <w:rPr>
                <w:bCs/>
                <w:lang w:val="nl-NL"/>
              </w:rPr>
              <w:t>:</w:t>
            </w:r>
          </w:p>
        </w:tc>
        <w:tc>
          <w:tcPr>
            <w:tcW w:w="6946" w:type="dxa"/>
          </w:tcPr>
          <w:p w14:paraId="169E8309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  <w:tr w:rsidR="006B2716" w:rsidRPr="00611680" w14:paraId="761906C0" w14:textId="77777777" w:rsidTr="00B74847">
        <w:tc>
          <w:tcPr>
            <w:tcW w:w="2552" w:type="dxa"/>
          </w:tcPr>
          <w:p w14:paraId="0C207D96" w14:textId="4786E217" w:rsidR="006B2716" w:rsidRPr="00611680" w:rsidRDefault="006B2716" w:rsidP="00B74847">
            <w:pPr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Vmbo-begeleider</w:t>
            </w:r>
            <w:r w:rsidR="00330B5B" w:rsidRPr="00611680">
              <w:rPr>
                <w:bCs/>
                <w:lang w:val="nl-NL"/>
              </w:rPr>
              <w:t>:</w:t>
            </w:r>
          </w:p>
        </w:tc>
        <w:tc>
          <w:tcPr>
            <w:tcW w:w="6946" w:type="dxa"/>
          </w:tcPr>
          <w:p w14:paraId="557EA1FB" w14:textId="77777777" w:rsidR="006B2716" w:rsidRPr="00611680" w:rsidRDefault="006B2716" w:rsidP="00B74847">
            <w:pPr>
              <w:rPr>
                <w:lang w:val="nl-NL"/>
              </w:rPr>
            </w:pPr>
          </w:p>
        </w:tc>
      </w:tr>
    </w:tbl>
    <w:p w14:paraId="43959A04" w14:textId="0BA35311" w:rsidR="00011FEC" w:rsidRPr="00611680" w:rsidRDefault="00011FEC" w:rsidP="00084C2B">
      <w:pPr>
        <w:pStyle w:val="Kop1"/>
      </w:pPr>
    </w:p>
    <w:p w14:paraId="13B671F8" w14:textId="77777777" w:rsidR="00011FEC" w:rsidRPr="00611680" w:rsidRDefault="00011FEC">
      <w:pPr>
        <w:spacing w:after="200"/>
        <w:rPr>
          <w:rFonts w:eastAsiaTheme="majorEastAsia" w:cstheme="majorBidi"/>
          <w:b/>
          <w:bCs/>
          <w:color w:val="000000" w:themeColor="text1"/>
          <w:sz w:val="28"/>
          <w:szCs w:val="28"/>
          <w:lang w:val="nl-NL"/>
        </w:rPr>
      </w:pPr>
      <w:r w:rsidRPr="00611680">
        <w:rPr>
          <w:lang w:val="nl-NL"/>
        </w:rPr>
        <w:br w:type="page"/>
      </w:r>
    </w:p>
    <w:p w14:paraId="32A2F484" w14:textId="749CEF4F" w:rsidR="00421088" w:rsidRPr="00611680" w:rsidRDefault="00FE13F8" w:rsidP="00084C2B">
      <w:pPr>
        <w:pStyle w:val="Kop1"/>
      </w:pPr>
      <w:r w:rsidRPr="00611680">
        <w:lastRenderedPageBreak/>
        <w:t>Feitelijke beschrijving van de onregelmatigheid</w:t>
      </w:r>
    </w:p>
    <w:p w14:paraId="308B4784" w14:textId="2F71878B" w:rsidR="00421088" w:rsidRPr="00611680" w:rsidRDefault="00FE13F8">
      <w:pPr>
        <w:spacing w:after="100"/>
        <w:rPr>
          <w:lang w:val="nl-NL"/>
        </w:rPr>
      </w:pPr>
      <w:r w:rsidRPr="00611680">
        <w:rPr>
          <w:lang w:val="nl-NL"/>
        </w:rPr>
        <w:t xml:space="preserve">Beschrijf uitsluitend wat feitelijk is waargenomen. Vermeld relevante tijdstippen, gebeurtenissen en handelingen. 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421088" w:rsidRPr="00611680" w14:paraId="377DBBBF" w14:textId="77777777" w:rsidTr="00DB4F16">
        <w:tc>
          <w:tcPr>
            <w:tcW w:w="978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436B71" w14:textId="6136BA00" w:rsidR="00421088" w:rsidRPr="00611680" w:rsidRDefault="00FE13F8">
            <w:pPr>
              <w:rPr>
                <w:lang w:val="nl-NL"/>
              </w:rPr>
            </w:pPr>
            <w:r w:rsidRPr="00611680">
              <w:rPr>
                <w:lang w:val="nl-NL"/>
              </w:rPr>
              <w:br/>
            </w:r>
            <w:r w:rsidRPr="00611680">
              <w:rPr>
                <w:lang w:val="nl-NL"/>
              </w:rPr>
              <w:br/>
            </w:r>
            <w:r w:rsidRPr="00611680">
              <w:rPr>
                <w:lang w:val="nl-NL"/>
              </w:rPr>
              <w:br/>
            </w:r>
            <w:r w:rsidRPr="00611680">
              <w:rPr>
                <w:lang w:val="nl-NL"/>
              </w:rPr>
              <w:br/>
            </w:r>
          </w:p>
        </w:tc>
      </w:tr>
      <w:tr w:rsidR="00421088" w:rsidRPr="00611680" w14:paraId="2A0BCC11" w14:textId="77777777" w:rsidTr="00DB4F16">
        <w:tc>
          <w:tcPr>
            <w:tcW w:w="9781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9479A7" w14:textId="5957BD44" w:rsidR="00421088" w:rsidRPr="00611680" w:rsidRDefault="00421088">
            <w:pPr>
              <w:rPr>
                <w:lang w:val="nl-NL"/>
              </w:rPr>
            </w:pPr>
          </w:p>
        </w:tc>
      </w:tr>
    </w:tbl>
    <w:p w14:paraId="25160BB9" w14:textId="614E8774" w:rsidR="00421088" w:rsidRPr="00611680" w:rsidRDefault="00FE13F8" w:rsidP="00084C2B">
      <w:pPr>
        <w:pStyle w:val="Kop1"/>
      </w:pPr>
      <w:r w:rsidRPr="00611680">
        <w:t>Aanvullende informatie of bewijsmateriaal</w:t>
      </w:r>
    </w:p>
    <w:p w14:paraId="59CC7D97" w14:textId="77777777" w:rsidR="00421088" w:rsidRPr="00611680" w:rsidRDefault="00FE13F8">
      <w:pPr>
        <w:rPr>
          <w:lang w:val="nl-NL"/>
        </w:rPr>
      </w:pPr>
      <w:r w:rsidRPr="00611680">
        <w:rPr>
          <w:lang w:val="nl-NL"/>
        </w:rPr>
        <w:t>☐ Nee     ☐ Ja, namelijk:</w:t>
      </w: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862"/>
      </w:tblGrid>
      <w:tr w:rsidR="00421088" w:rsidRPr="00611680" w14:paraId="79232824" w14:textId="77777777" w:rsidTr="00DB4F16">
        <w:tc>
          <w:tcPr>
            <w:tcW w:w="987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FAEB57" w14:textId="77777777" w:rsidR="00421088" w:rsidRPr="00611680" w:rsidRDefault="00FE13F8">
            <w:pPr>
              <w:rPr>
                <w:lang w:val="nl-NL"/>
              </w:rPr>
            </w:pPr>
            <w:r w:rsidRPr="00611680">
              <w:rPr>
                <w:lang w:val="nl-NL"/>
              </w:rPr>
              <w:br/>
            </w:r>
            <w:r w:rsidRPr="00611680">
              <w:rPr>
                <w:lang w:val="nl-NL"/>
              </w:rPr>
              <w:br/>
            </w:r>
          </w:p>
        </w:tc>
      </w:tr>
    </w:tbl>
    <w:p w14:paraId="1514B2D6" w14:textId="7D35F778" w:rsidR="00421088" w:rsidRPr="00611680" w:rsidRDefault="00FE13F8" w:rsidP="00084C2B">
      <w:pPr>
        <w:pStyle w:val="Kop1"/>
      </w:pPr>
      <w:r w:rsidRPr="00611680">
        <w:t>Vaststelling en ondertekening</w:t>
      </w:r>
    </w:p>
    <w:p w14:paraId="561D8086" w14:textId="38FDD891" w:rsidR="00421088" w:rsidRPr="00611680" w:rsidRDefault="00FE13F8">
      <w:pPr>
        <w:rPr>
          <w:lang w:val="nl-NL"/>
        </w:rPr>
      </w:pPr>
      <w:r w:rsidRPr="00611680">
        <w:rPr>
          <w:bCs/>
          <w:lang w:val="nl-NL"/>
        </w:rPr>
        <w:t>Met de ondertekening wordt bevestigd dat bovenstaande gegevens een feitelijke weergave zijn van de geconstateerde situatie. De</w:t>
      </w:r>
      <w:r w:rsidRPr="00611680">
        <w:rPr>
          <w:lang w:val="nl-NL"/>
        </w:rPr>
        <w:t xml:space="preserve"> ondertekening houdt geen oordeel in over de formele examengevolgen. Die beoordeling ligt bij de eigen </w:t>
      </w:r>
      <w:r w:rsidR="00330B5B" w:rsidRPr="00611680">
        <w:rPr>
          <w:lang w:val="nl-NL"/>
        </w:rPr>
        <w:t>vmbo-school</w:t>
      </w:r>
      <w:r w:rsidRPr="00611680">
        <w:rPr>
          <w:lang w:val="nl-NL"/>
        </w:rPr>
        <w:t xml:space="preserve"> van de leerling.</w:t>
      </w:r>
    </w:p>
    <w:p w14:paraId="7439CF75" w14:textId="77777777" w:rsidR="00421088" w:rsidRPr="00611680" w:rsidRDefault="00421088">
      <w:pPr>
        <w:rPr>
          <w:lang w:val="nl-NL"/>
        </w:rPr>
      </w:pPr>
    </w:p>
    <w:p w14:paraId="6CB1741D" w14:textId="77777777" w:rsidR="00DB4F16" w:rsidRPr="00611680" w:rsidRDefault="00DB4F16">
      <w:pPr>
        <w:rPr>
          <w:b/>
          <w:lang w:val="nl-NL"/>
        </w:rPr>
        <w:sectPr w:rsidR="00DB4F16" w:rsidRPr="00611680" w:rsidSect="006B2716">
          <w:type w:val="continuous"/>
          <w:pgSz w:w="12240" w:h="15840"/>
          <w:pgMar w:top="1020" w:right="1134" w:bottom="964" w:left="1134" w:header="720" w:footer="720" w:gutter="0"/>
          <w:cols w:space="720"/>
          <w:docGrid w:linePitch="360"/>
        </w:sectPr>
      </w:pPr>
    </w:p>
    <w:p w14:paraId="0BBCFFE4" w14:textId="77777777" w:rsidR="00DB4F16" w:rsidRPr="00611680" w:rsidRDefault="00DB4F16">
      <w:pPr>
        <w:rPr>
          <w:bCs/>
          <w:lang w:val="nl-NL"/>
        </w:rPr>
      </w:pPr>
      <w:r w:rsidRPr="00611680">
        <w:rPr>
          <w:bCs/>
          <w:lang w:val="nl-NL"/>
        </w:rPr>
        <w:t xml:space="preserve">Naam mbo </w:t>
      </w:r>
      <w:proofErr w:type="gramStart"/>
      <w:r w:rsidRPr="00611680">
        <w:rPr>
          <w:bCs/>
          <w:lang w:val="nl-NL"/>
        </w:rPr>
        <w:t>docent /</w:t>
      </w:r>
      <w:proofErr w:type="gramEnd"/>
      <w:r w:rsidRPr="00611680">
        <w:rPr>
          <w:bCs/>
          <w:lang w:val="nl-NL"/>
        </w:rPr>
        <w:t xml:space="preserve"> examinator</w:t>
      </w:r>
    </w:p>
    <w:p w14:paraId="4D43B54C" w14:textId="77777777" w:rsidR="006B2716" w:rsidRPr="00611680" w:rsidRDefault="006B2716">
      <w:pPr>
        <w:rPr>
          <w:bCs/>
          <w:lang w:val="nl-NL"/>
        </w:rPr>
      </w:pPr>
    </w:p>
    <w:p w14:paraId="3E56ECDB" w14:textId="77777777" w:rsidR="006B2716" w:rsidRPr="00611680" w:rsidRDefault="006B2716">
      <w:pPr>
        <w:rPr>
          <w:bCs/>
          <w:lang w:val="nl-NL"/>
        </w:rPr>
      </w:pPr>
    </w:p>
    <w:p w14:paraId="485D3767" w14:textId="77777777" w:rsidR="006B2716" w:rsidRPr="00611680" w:rsidRDefault="006B2716">
      <w:pPr>
        <w:rPr>
          <w:bCs/>
          <w:lang w:val="nl-NL"/>
        </w:rPr>
      </w:pPr>
    </w:p>
    <w:p w14:paraId="2FC8DFC1" w14:textId="09FEB6F1" w:rsidR="00DB4F16" w:rsidRPr="00611680" w:rsidRDefault="00DB4F16">
      <w:pPr>
        <w:rPr>
          <w:bCs/>
          <w:lang w:val="nl-NL"/>
        </w:rPr>
      </w:pPr>
      <w:r w:rsidRPr="00611680">
        <w:rPr>
          <w:bCs/>
          <w:lang w:val="nl-NL"/>
        </w:rPr>
        <w:t>Datum en handtekening</w:t>
      </w:r>
    </w:p>
    <w:p w14:paraId="7E05B7F7" w14:textId="77777777" w:rsidR="006B2716" w:rsidRPr="00611680" w:rsidRDefault="006B2716" w:rsidP="006B2716">
      <w:pPr>
        <w:rPr>
          <w:bCs/>
          <w:lang w:val="nl-NL"/>
        </w:rPr>
      </w:pPr>
    </w:p>
    <w:p w14:paraId="563F4A52" w14:textId="25F04216" w:rsidR="006B2716" w:rsidRPr="00611680" w:rsidRDefault="006B2716" w:rsidP="006B2716">
      <w:pPr>
        <w:rPr>
          <w:bCs/>
          <w:lang w:val="nl-NL"/>
        </w:rPr>
      </w:pPr>
      <w:r w:rsidRPr="00611680">
        <w:rPr>
          <w:bCs/>
          <w:lang w:val="nl-NL"/>
        </w:rPr>
        <w:t xml:space="preserve">Naam </w:t>
      </w:r>
      <w:r w:rsidR="00330B5B" w:rsidRPr="00611680">
        <w:rPr>
          <w:bCs/>
          <w:lang w:val="nl-NL"/>
        </w:rPr>
        <w:t>vmbo-begeleider</w:t>
      </w:r>
    </w:p>
    <w:p w14:paraId="551314EA" w14:textId="77777777" w:rsidR="006B2716" w:rsidRPr="00611680" w:rsidRDefault="006B2716" w:rsidP="006B2716">
      <w:pPr>
        <w:rPr>
          <w:bCs/>
          <w:lang w:val="nl-NL"/>
        </w:rPr>
      </w:pPr>
    </w:p>
    <w:p w14:paraId="581628C7" w14:textId="77777777" w:rsidR="006B2716" w:rsidRPr="00611680" w:rsidRDefault="006B2716" w:rsidP="006B2716">
      <w:pPr>
        <w:rPr>
          <w:bCs/>
          <w:lang w:val="nl-NL"/>
        </w:rPr>
      </w:pPr>
    </w:p>
    <w:p w14:paraId="652736FA" w14:textId="77777777" w:rsidR="006B2716" w:rsidRPr="00611680" w:rsidRDefault="006B2716" w:rsidP="006B2716">
      <w:pPr>
        <w:rPr>
          <w:bCs/>
          <w:lang w:val="nl-NL"/>
        </w:rPr>
      </w:pPr>
    </w:p>
    <w:p w14:paraId="2C75091C" w14:textId="77777777" w:rsidR="006B2716" w:rsidRPr="00611680" w:rsidRDefault="006B2716" w:rsidP="006B2716">
      <w:pPr>
        <w:rPr>
          <w:bCs/>
          <w:lang w:val="nl-NL"/>
        </w:rPr>
      </w:pPr>
      <w:r w:rsidRPr="00611680">
        <w:rPr>
          <w:bCs/>
          <w:lang w:val="nl-NL"/>
        </w:rPr>
        <w:t>Datum en handtekening</w:t>
      </w:r>
    </w:p>
    <w:p w14:paraId="4BFBF576" w14:textId="77777777" w:rsidR="006B2716" w:rsidRPr="00611680" w:rsidRDefault="006B2716" w:rsidP="006B2716">
      <w:pPr>
        <w:rPr>
          <w:lang w:val="nl-NL"/>
        </w:rPr>
      </w:pPr>
    </w:p>
    <w:p w14:paraId="6EC075C4" w14:textId="77777777" w:rsidR="006B2716" w:rsidRPr="00611680" w:rsidRDefault="006B2716" w:rsidP="006B2716">
      <w:pPr>
        <w:rPr>
          <w:lang w:val="nl-NL"/>
        </w:rPr>
        <w:sectPr w:rsidR="006B2716" w:rsidRPr="00611680" w:rsidSect="00DB4F16">
          <w:type w:val="continuous"/>
          <w:pgSz w:w="12240" w:h="15840"/>
          <w:pgMar w:top="1020" w:right="1134" w:bottom="964" w:left="1134" w:header="720" w:footer="720" w:gutter="0"/>
          <w:cols w:num="2" w:space="709"/>
          <w:docGrid w:linePitch="360"/>
        </w:sectPr>
      </w:pPr>
    </w:p>
    <w:p w14:paraId="68D8A72C" w14:textId="02A92692" w:rsidR="00421088" w:rsidRPr="00611680" w:rsidRDefault="00FE13F8" w:rsidP="00084C2B">
      <w:pPr>
        <w:pStyle w:val="Kop1"/>
      </w:pPr>
      <w:r w:rsidRPr="00611680">
        <w:t xml:space="preserve">Overdracht aan de </w:t>
      </w:r>
      <w:r w:rsidR="00330B5B" w:rsidRPr="00611680">
        <w:t>vmbo-school</w:t>
      </w:r>
    </w:p>
    <w:p w14:paraId="5A9243EF" w14:textId="053CEF3F" w:rsidR="00421088" w:rsidRPr="00611680" w:rsidRDefault="00FE13F8">
      <w:pPr>
        <w:spacing w:after="120"/>
        <w:rPr>
          <w:lang w:val="nl-NL"/>
        </w:rPr>
      </w:pPr>
      <w:r w:rsidRPr="00611680">
        <w:rPr>
          <w:lang w:val="nl-NL"/>
        </w:rPr>
        <w:t xml:space="preserve">Het ingevulde proces verbaal en eventueel bijgevoegd bewijsmateriaal worden zo spoedig mogelijk overgedragen aan de verantwoordelijke examenfunctionaris of examencommissie van de </w:t>
      </w:r>
      <w:r w:rsidR="00330B5B" w:rsidRPr="00611680">
        <w:rPr>
          <w:lang w:val="nl-NL"/>
        </w:rPr>
        <w:t xml:space="preserve">genoemde </w:t>
      </w:r>
      <w:proofErr w:type="gramStart"/>
      <w:r w:rsidRPr="00611680">
        <w:rPr>
          <w:lang w:val="nl-NL"/>
        </w:rPr>
        <w:t>vmbo school</w:t>
      </w:r>
      <w:proofErr w:type="gramEnd"/>
      <w:r w:rsidRPr="00611680">
        <w:rPr>
          <w:lang w:val="nl-NL"/>
        </w:rPr>
        <w:t>.</w:t>
      </w:r>
    </w:p>
    <w:p w14:paraId="10DAB4FF" w14:textId="77777777" w:rsidR="006B2716" w:rsidRPr="00611680" w:rsidRDefault="006B2716" w:rsidP="006B2716">
      <w:pPr>
        <w:spacing w:line="240" w:lineRule="auto"/>
        <w:rPr>
          <w:bCs/>
          <w:lang w:val="nl-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8"/>
        <w:gridCol w:w="6582"/>
      </w:tblGrid>
      <w:tr w:rsidR="006B2716" w:rsidRPr="00611680" w14:paraId="2668E880" w14:textId="77777777" w:rsidTr="00330B5B">
        <w:trPr>
          <w:jc w:val="center"/>
        </w:trPr>
        <w:tc>
          <w:tcPr>
            <w:tcW w:w="31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8FFEF9" w14:textId="374739F5" w:rsidR="006B2716" w:rsidRPr="00611680" w:rsidRDefault="006B2716" w:rsidP="006B2716">
            <w:pPr>
              <w:spacing w:line="240" w:lineRule="auto"/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Ontvangen door</w:t>
            </w:r>
          </w:p>
        </w:tc>
        <w:tc>
          <w:tcPr>
            <w:tcW w:w="65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359383" w14:textId="77777777" w:rsidR="006B2716" w:rsidRPr="00611680" w:rsidRDefault="006B2716" w:rsidP="006B2716">
            <w:pPr>
              <w:spacing w:line="240" w:lineRule="auto"/>
              <w:rPr>
                <w:bCs/>
                <w:lang w:val="nl-NL"/>
              </w:rPr>
            </w:pPr>
          </w:p>
        </w:tc>
      </w:tr>
      <w:tr w:rsidR="006B2716" w:rsidRPr="00611680" w14:paraId="5AEEF82C" w14:textId="77777777" w:rsidTr="00330B5B">
        <w:trPr>
          <w:jc w:val="center"/>
        </w:trPr>
        <w:tc>
          <w:tcPr>
            <w:tcW w:w="31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AC3D29" w14:textId="0F2E395C" w:rsidR="006B2716" w:rsidRPr="00611680" w:rsidRDefault="006B2716" w:rsidP="006B2716">
            <w:pPr>
              <w:spacing w:line="240" w:lineRule="auto"/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Functie</w:t>
            </w:r>
          </w:p>
        </w:tc>
        <w:tc>
          <w:tcPr>
            <w:tcW w:w="65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B30C62" w14:textId="77777777" w:rsidR="006B2716" w:rsidRPr="00611680" w:rsidRDefault="006B2716" w:rsidP="006B2716">
            <w:pPr>
              <w:spacing w:line="240" w:lineRule="auto"/>
              <w:rPr>
                <w:bCs/>
                <w:lang w:val="nl-NL"/>
              </w:rPr>
            </w:pPr>
          </w:p>
        </w:tc>
      </w:tr>
      <w:tr w:rsidR="006B2716" w:rsidRPr="00611680" w14:paraId="60C1517F" w14:textId="77777777" w:rsidTr="00330B5B">
        <w:trPr>
          <w:jc w:val="center"/>
        </w:trPr>
        <w:tc>
          <w:tcPr>
            <w:tcW w:w="31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B39165" w14:textId="5FECA8DF" w:rsidR="006B2716" w:rsidRPr="00611680" w:rsidRDefault="006B2716" w:rsidP="006B2716">
            <w:pPr>
              <w:spacing w:line="240" w:lineRule="auto"/>
              <w:rPr>
                <w:bCs/>
                <w:lang w:val="nl-NL"/>
              </w:rPr>
            </w:pPr>
            <w:r w:rsidRPr="00611680">
              <w:rPr>
                <w:bCs/>
                <w:lang w:val="nl-NL"/>
              </w:rPr>
              <w:t>Datum ontvangst</w:t>
            </w:r>
          </w:p>
        </w:tc>
        <w:tc>
          <w:tcPr>
            <w:tcW w:w="65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DD8843" w14:textId="77777777" w:rsidR="006B2716" w:rsidRPr="00611680" w:rsidRDefault="006B2716" w:rsidP="006B2716">
            <w:pPr>
              <w:spacing w:line="240" w:lineRule="auto"/>
              <w:rPr>
                <w:bCs/>
                <w:lang w:val="nl-NL"/>
              </w:rPr>
            </w:pPr>
          </w:p>
        </w:tc>
      </w:tr>
    </w:tbl>
    <w:p w14:paraId="14E8E397" w14:textId="77777777" w:rsidR="00421088" w:rsidRPr="00611680" w:rsidRDefault="00421088">
      <w:pPr>
        <w:rPr>
          <w:lang w:val="nl-NL"/>
        </w:rPr>
      </w:pPr>
    </w:p>
    <w:sectPr w:rsidR="00421088" w:rsidRPr="00611680" w:rsidSect="00DB4F16">
      <w:type w:val="continuous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89611A" w14:textId="77777777" w:rsidR="006B1348" w:rsidRDefault="006B1348">
      <w:pPr>
        <w:spacing w:after="0" w:line="240" w:lineRule="auto"/>
      </w:pPr>
      <w:r>
        <w:separator/>
      </w:r>
    </w:p>
  </w:endnote>
  <w:endnote w:type="continuationSeparator" w:id="0">
    <w:p w14:paraId="3E363C6F" w14:textId="77777777" w:rsidR="006B1348" w:rsidRDefault="006B1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66B689" w14:textId="49624A63" w:rsidR="00DB4F16" w:rsidRPr="00DB4F16" w:rsidRDefault="00DB4F16" w:rsidP="00DB4F16">
    <w:pPr>
      <w:pStyle w:val="Voettekst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31732D" w14:textId="77777777" w:rsidR="006B1348" w:rsidRDefault="006B1348">
      <w:pPr>
        <w:spacing w:after="0" w:line="240" w:lineRule="auto"/>
      </w:pPr>
      <w:r>
        <w:separator/>
      </w:r>
    </w:p>
  </w:footnote>
  <w:footnote w:type="continuationSeparator" w:id="0">
    <w:p w14:paraId="79031D93" w14:textId="77777777" w:rsidR="006B1348" w:rsidRDefault="006B1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072A48" w14:textId="4B52C003" w:rsidR="00421088" w:rsidRDefault="00421088" w:rsidP="00DB4F16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2403208">
    <w:abstractNumId w:val="8"/>
  </w:num>
  <w:num w:numId="2" w16cid:durableId="2110277627">
    <w:abstractNumId w:val="6"/>
  </w:num>
  <w:num w:numId="3" w16cid:durableId="786393889">
    <w:abstractNumId w:val="5"/>
  </w:num>
  <w:num w:numId="4" w16cid:durableId="1994799679">
    <w:abstractNumId w:val="4"/>
  </w:num>
  <w:num w:numId="5" w16cid:durableId="669791538">
    <w:abstractNumId w:val="7"/>
  </w:num>
  <w:num w:numId="6" w16cid:durableId="382870819">
    <w:abstractNumId w:val="3"/>
  </w:num>
  <w:num w:numId="7" w16cid:durableId="1725593531">
    <w:abstractNumId w:val="2"/>
  </w:num>
  <w:num w:numId="8" w16cid:durableId="1017344850">
    <w:abstractNumId w:val="1"/>
  </w:num>
  <w:num w:numId="9" w16cid:durableId="17177799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299"/>
    <w:rsid w:val="00011FEC"/>
    <w:rsid w:val="00034616"/>
    <w:rsid w:val="0006063C"/>
    <w:rsid w:val="00084C2B"/>
    <w:rsid w:val="0015074B"/>
    <w:rsid w:val="0018216E"/>
    <w:rsid w:val="00265CC5"/>
    <w:rsid w:val="0029639D"/>
    <w:rsid w:val="002B1925"/>
    <w:rsid w:val="003015D4"/>
    <w:rsid w:val="00324013"/>
    <w:rsid w:val="00326F90"/>
    <w:rsid w:val="00330B5B"/>
    <w:rsid w:val="00421088"/>
    <w:rsid w:val="00425BC0"/>
    <w:rsid w:val="00442CC7"/>
    <w:rsid w:val="00576663"/>
    <w:rsid w:val="005E4B00"/>
    <w:rsid w:val="00611680"/>
    <w:rsid w:val="00686E13"/>
    <w:rsid w:val="006B1348"/>
    <w:rsid w:val="006B2716"/>
    <w:rsid w:val="006C149B"/>
    <w:rsid w:val="00705AB2"/>
    <w:rsid w:val="008C460E"/>
    <w:rsid w:val="00A95E86"/>
    <w:rsid w:val="00AA1D8D"/>
    <w:rsid w:val="00AF06EB"/>
    <w:rsid w:val="00B10AD2"/>
    <w:rsid w:val="00B47730"/>
    <w:rsid w:val="00CB0664"/>
    <w:rsid w:val="00D4729C"/>
    <w:rsid w:val="00DB4F16"/>
    <w:rsid w:val="00F5039B"/>
    <w:rsid w:val="00FC693F"/>
    <w:rsid w:val="00FE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A522CE"/>
  <w14:defaultImageDpi w14:val="300"/>
  <w15:docId w15:val="{F2B19340-786A-6D4F-953C-405ACD3B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80"/>
    </w:pPr>
    <w:rPr>
      <w:rFonts w:ascii="Aptos" w:hAnsi="Apto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084C2B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084C2B"/>
    <w:rPr>
      <w:rFonts w:ascii="Aptos" w:eastAsiaTheme="majorEastAsia" w:hAnsi="Aptos" w:cstheme="majorBidi"/>
      <w:b/>
      <w:bCs/>
      <w:color w:val="000000" w:themeColor="text1"/>
      <w:sz w:val="28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Standaard"/>
    <w:rsid w:val="008C4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992076185A7E4F8ABF9A665BBB0D71" ma:contentTypeVersion="10" ma:contentTypeDescription="Een nieuw document maken." ma:contentTypeScope="" ma:versionID="da25493984af68df779bc6cbf7f83ef9">
  <xsd:schema xmlns:xsd="http://www.w3.org/2001/XMLSchema" xmlns:xs="http://www.w3.org/2001/XMLSchema" xmlns:p="http://schemas.microsoft.com/office/2006/metadata/properties" xmlns:ns2="04d9e5b4-2a56-43bb-a28f-d9ba8ed15bab" targetNamespace="http://schemas.microsoft.com/office/2006/metadata/properties" ma:root="true" ma:fieldsID="984eb538841cfd03cdae7c3e42b2d753" ns2:_="">
    <xsd:import namespace="04d9e5b4-2a56-43bb-a28f-d9ba8ed15b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9e5b4-2a56-43bb-a28f-d9ba8ed15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931c1f6-98ed-4572-9b95-46e61c7575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d9e5b4-2a56-43bb-a28f-d9ba8ed15b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C538AE-A1A2-4B0A-9B1B-9F5F679AEE12}"/>
</file>

<file path=customXml/itemProps3.xml><?xml version="1.0" encoding="utf-8"?>
<ds:datastoreItem xmlns:ds="http://schemas.openxmlformats.org/officeDocument/2006/customXml" ds:itemID="{F8874674-93DE-4A78-A667-EAC78F85C82A}"/>
</file>

<file path=customXml/itemProps4.xml><?xml version="1.0" encoding="utf-8"?>
<ds:datastoreItem xmlns:ds="http://schemas.openxmlformats.org/officeDocument/2006/customXml" ds:itemID="{9BB61B75-48C5-4B4F-B0F4-6D069411C6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349</Words>
  <Characters>1976</Characters>
  <Application>Microsoft Office Word</Application>
  <DocSecurity>0</DocSecurity>
  <Lines>33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Gertjan Kooij</cp:lastModifiedBy>
  <cp:revision>5</cp:revision>
  <cp:lastPrinted>2026-09-23T11:47:00Z</cp:lastPrinted>
  <dcterms:created xsi:type="dcterms:W3CDTF">2026-09-28T09:29:00Z</dcterms:created>
  <dcterms:modified xsi:type="dcterms:W3CDTF">2026-09-28T09:30:00Z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0x0101002D992076185A7E4F8ABF9A665BBB0D71</vt:lpwstr>
  </property>
</Properties>
</file>