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B3AC9BE" w14:textId="7472A151" w:rsidR="00CC41ED" w:rsidRPr="00FE7A41" w:rsidRDefault="00000000" w:rsidP="18AE05C2">
      <w:pPr>
        <w:pStyle w:val="Titel"/>
        <w:rPr>
          <w:color w:val="000000" w:themeColor="text1"/>
          <w:lang w:val="nl-NL"/>
        </w:rPr>
      </w:pPr>
      <w:r w:rsidRPr="00FE7A41">
        <w:rPr>
          <w:color w:val="000000" w:themeColor="text1"/>
          <w:lang w:val="nl-NL"/>
        </w:rPr>
        <w:t>Deelname</w:t>
      </w:r>
      <w:r w:rsidR="00105E26" w:rsidRPr="00FE7A41">
        <w:rPr>
          <w:color w:val="000000" w:themeColor="text1"/>
          <w:lang w:val="nl-NL"/>
        </w:rPr>
        <w:t xml:space="preserve"> aan een </w:t>
      </w:r>
      <w:r w:rsidRPr="00FE7A41">
        <w:rPr>
          <w:color w:val="000000" w:themeColor="text1"/>
          <w:lang w:val="nl-NL"/>
        </w:rPr>
        <w:t>vmbo-keuzevak op het mbo</w:t>
      </w:r>
    </w:p>
    <w:p w14:paraId="335C163F" w14:textId="77777777" w:rsidR="00105E26" w:rsidRPr="00FE7A41" w:rsidRDefault="00105E26" w:rsidP="00FE7A41">
      <w:pPr>
        <w:pStyle w:val="Kop2"/>
        <w:rPr>
          <w:lang w:val="nl-NL"/>
        </w:rPr>
      </w:pPr>
      <w:r w:rsidRPr="00FE7A41">
        <w:rPr>
          <w:lang w:val="nl-NL"/>
        </w:rPr>
        <w:t>Waarom krijgt u dit document?</w:t>
      </w:r>
    </w:p>
    <w:p w14:paraId="7BE84C4E" w14:textId="540E145E" w:rsidR="00105E26" w:rsidRPr="00FE7A41" w:rsidRDefault="00105E26" w:rsidP="00FE7A41">
      <w:pPr>
        <w:rPr>
          <w:lang w:val="nl-NL"/>
        </w:rPr>
      </w:pPr>
      <w:r w:rsidRPr="00FE7A41">
        <w:rPr>
          <w:lang w:val="nl-NL"/>
        </w:rPr>
        <w:t>Uw kind gaat binnenkort een vmbo-keuzevak volgen op een mbo-locatie. Dit keuzevak hoort bij het onderwijsprogramma van onze school. Het resultaat telt mee voor het schoolexamen.</w:t>
      </w:r>
      <w:r w:rsidR="00B74CD1">
        <w:rPr>
          <w:lang w:val="nl-NL"/>
        </w:rPr>
        <w:t xml:space="preserve"> </w:t>
      </w:r>
      <w:r w:rsidR="00B74CD1">
        <w:rPr>
          <w:lang w:val="nl-NL"/>
        </w:rPr>
        <w:br/>
      </w:r>
      <w:r w:rsidRPr="00FE7A41">
        <w:rPr>
          <w:lang w:val="nl-NL"/>
        </w:rPr>
        <w:t>In dit document leest u welke afspraken gelden. Ook leest u wat wij van u en uw kind verwachten.</w:t>
      </w:r>
    </w:p>
    <w:p w14:paraId="19C455FB" w14:textId="77777777" w:rsidR="00105E26" w:rsidRPr="00FE7A41" w:rsidRDefault="00105E26" w:rsidP="00830524">
      <w:pPr>
        <w:pStyle w:val="Kop2"/>
        <w:rPr>
          <w:lang w:val="nl-NL"/>
        </w:rPr>
      </w:pPr>
      <w:r w:rsidRPr="00FE7A41">
        <w:rPr>
          <w:lang w:val="nl-NL"/>
        </w:rPr>
        <w:t>Wat moet u doen?</w:t>
      </w:r>
    </w:p>
    <w:p w14:paraId="1C234B96" w14:textId="77777777" w:rsidR="00105E26" w:rsidRPr="003D5069" w:rsidRDefault="00105E26" w:rsidP="003D5069">
      <w:pPr>
        <w:pStyle w:val="Lijstalinea"/>
        <w:numPr>
          <w:ilvl w:val="0"/>
          <w:numId w:val="10"/>
        </w:numPr>
        <w:rPr>
          <w:lang w:val="nl-NL"/>
        </w:rPr>
      </w:pPr>
      <w:r w:rsidRPr="003D5069">
        <w:rPr>
          <w:lang w:val="nl-NL"/>
        </w:rPr>
        <w:t>Lees dit document samen met uw kind.</w:t>
      </w:r>
    </w:p>
    <w:p w14:paraId="11178553" w14:textId="77777777" w:rsidR="00105E26" w:rsidRPr="003D5069" w:rsidRDefault="00105E26" w:rsidP="003D5069">
      <w:pPr>
        <w:pStyle w:val="Lijstalinea"/>
        <w:numPr>
          <w:ilvl w:val="0"/>
          <w:numId w:val="10"/>
        </w:numPr>
        <w:rPr>
          <w:lang w:val="nl-NL"/>
        </w:rPr>
      </w:pPr>
      <w:r w:rsidRPr="003D5069">
        <w:rPr>
          <w:lang w:val="nl-NL"/>
        </w:rPr>
        <w:t>Vul de laatste pagina in.</w:t>
      </w:r>
    </w:p>
    <w:p w14:paraId="4E626DBC" w14:textId="77777777" w:rsidR="00105E26" w:rsidRPr="003D5069" w:rsidRDefault="00105E26" w:rsidP="003D5069">
      <w:pPr>
        <w:pStyle w:val="Lijstalinea"/>
        <w:numPr>
          <w:ilvl w:val="0"/>
          <w:numId w:val="10"/>
        </w:numPr>
        <w:rPr>
          <w:lang w:val="nl-NL"/>
        </w:rPr>
      </w:pPr>
      <w:r w:rsidRPr="003D5069">
        <w:rPr>
          <w:lang w:val="nl-NL"/>
        </w:rPr>
        <w:t>Geef aan wat wij moeten weten om uw kind goed en veilig te begeleiden.</w:t>
      </w:r>
    </w:p>
    <w:p w14:paraId="3118A20F" w14:textId="77777777" w:rsidR="00105E26" w:rsidRPr="003D5069" w:rsidRDefault="00105E26" w:rsidP="003D5069">
      <w:pPr>
        <w:pStyle w:val="Lijstalinea"/>
        <w:numPr>
          <w:ilvl w:val="0"/>
          <w:numId w:val="10"/>
        </w:numPr>
        <w:rPr>
          <w:lang w:val="nl-NL"/>
        </w:rPr>
      </w:pPr>
      <w:r w:rsidRPr="003D5069">
        <w:rPr>
          <w:lang w:val="nl-NL"/>
        </w:rPr>
        <w:t>Zet samen met uw kind een handtekening op de laatste pagina.</w:t>
      </w:r>
    </w:p>
    <w:p w14:paraId="190DEE58" w14:textId="77777777" w:rsidR="00105E26" w:rsidRPr="00FE7A41" w:rsidRDefault="00105E26" w:rsidP="00830524">
      <w:pPr>
        <w:pStyle w:val="Kop2"/>
        <w:rPr>
          <w:lang w:val="nl-NL"/>
        </w:rPr>
      </w:pPr>
      <w:r w:rsidRPr="00FE7A41">
        <w:rPr>
          <w:lang w:val="nl-NL"/>
        </w:rPr>
        <w:t>Waarom bieden wij dit keuzevak aan?</w:t>
      </w:r>
    </w:p>
    <w:p w14:paraId="5674E731" w14:textId="777FF41B" w:rsidR="00105E26" w:rsidRPr="00FE7A41" w:rsidRDefault="00105E26" w:rsidP="003D5069">
      <w:pPr>
        <w:rPr>
          <w:lang w:val="nl-NL"/>
        </w:rPr>
      </w:pPr>
      <w:r w:rsidRPr="00FE7A41">
        <w:rPr>
          <w:lang w:val="nl-NL"/>
        </w:rPr>
        <w:t>Wij willen leerlingen laten kennismaken met techniek en technologie. Daarom werken vmbo- en mbo-scholen in de regio Rotterdam, Capelle en Oostland samen.</w:t>
      </w:r>
      <w:r w:rsidR="00E320A8">
        <w:rPr>
          <w:lang w:val="nl-NL"/>
        </w:rPr>
        <w:t xml:space="preserve"> </w:t>
      </w:r>
      <w:r w:rsidRPr="00FE7A41">
        <w:rPr>
          <w:lang w:val="nl-NL"/>
        </w:rPr>
        <w:t>Uw kind volgt het keuzevak op een echte mbo-locatie. Daar werkt uw kind met praktijkopdrachten, materialen en apparatuur van het mbo. Zo ontdekt uw kind welke technische opleidingen en beroepen er zijn. Ook ervaart uw kind hoe het is om op het mbo te leren.</w:t>
      </w:r>
    </w:p>
    <w:p w14:paraId="5DD61EA9" w14:textId="77777777" w:rsidR="00105E26" w:rsidRPr="00FE7A41" w:rsidRDefault="00105E26" w:rsidP="003D5069">
      <w:pPr>
        <w:rPr>
          <w:lang w:val="nl-NL"/>
        </w:rPr>
      </w:pPr>
      <w:r w:rsidRPr="00FE7A41">
        <w:rPr>
          <w:lang w:val="nl-NL"/>
        </w:rPr>
        <w:t>De keuzevakken zijn in schooljaar 2026-2027 op donderdagmiddag. De precieze lestijden verschillen per mbo-locatie. Dit komt doordat de schooltijden en reistijden van de deelnemende vmbo-scholen verschillen.</w:t>
      </w:r>
    </w:p>
    <w:p w14:paraId="7A632DC1" w14:textId="77777777" w:rsidR="00105E26" w:rsidRPr="00FE7A41" w:rsidRDefault="00105E26" w:rsidP="003D5069">
      <w:pPr>
        <w:rPr>
          <w:lang w:val="nl-NL"/>
        </w:rPr>
      </w:pPr>
      <w:r w:rsidRPr="00FE7A41">
        <w:rPr>
          <w:lang w:val="nl-NL"/>
        </w:rPr>
        <w:t xml:space="preserve">Onze school informeert u vooraf over de lestijden, de locatie, het reizen, de spullen die uw kind nodig heeft en de </w:t>
      </w:r>
      <w:proofErr w:type="spellStart"/>
      <w:r w:rsidRPr="00FE7A41">
        <w:rPr>
          <w:lang w:val="nl-NL"/>
        </w:rPr>
        <w:t>toetsmomenten</w:t>
      </w:r>
      <w:proofErr w:type="spellEnd"/>
      <w:r w:rsidRPr="00FE7A41">
        <w:rPr>
          <w:lang w:val="nl-NL"/>
        </w:rPr>
        <w:t>.</w:t>
      </w:r>
    </w:p>
    <w:p w14:paraId="49DF48B0" w14:textId="77777777" w:rsidR="00105E26" w:rsidRPr="00FE7A41" w:rsidRDefault="00105E26" w:rsidP="003D5069">
      <w:pPr>
        <w:rPr>
          <w:lang w:val="nl-NL"/>
        </w:rPr>
      </w:pPr>
      <w:r w:rsidRPr="00FE7A41">
        <w:rPr>
          <w:lang w:val="nl-NL"/>
        </w:rPr>
        <w:t>Deelname is niet vrijblijvend. Uw kind is aanwezig bij de lessen, maakt de opdrachten en doet mee aan de toetsen. Uw kind houdt zich aan de afspraken van onze school en van de mbo-locatie.</w:t>
      </w:r>
    </w:p>
    <w:p w14:paraId="15F46048" w14:textId="77777777" w:rsidR="00105E26" w:rsidRPr="00FE7A41" w:rsidRDefault="00105E26" w:rsidP="00830524">
      <w:pPr>
        <w:pStyle w:val="Kop2"/>
        <w:rPr>
          <w:lang w:val="nl-NL"/>
        </w:rPr>
      </w:pPr>
      <w:r w:rsidRPr="00FE7A41">
        <w:rPr>
          <w:lang w:val="nl-NL"/>
        </w:rPr>
        <w:t>1. Lessen en verantwoordelijkheid</w:t>
      </w:r>
    </w:p>
    <w:p w14:paraId="5965586E" w14:textId="69436F13" w:rsidR="00105E26" w:rsidRPr="00FE7A41" w:rsidRDefault="00105E26" w:rsidP="003D5069">
      <w:pPr>
        <w:rPr>
          <w:lang w:val="nl-NL"/>
        </w:rPr>
      </w:pPr>
      <w:r w:rsidRPr="00FE7A41">
        <w:rPr>
          <w:lang w:val="nl-NL"/>
        </w:rPr>
        <w:t>Het mbo verzorgt de lessen van het keuzevak.</w:t>
      </w:r>
      <w:r w:rsidR="00E320A8">
        <w:rPr>
          <w:lang w:val="nl-NL"/>
        </w:rPr>
        <w:t xml:space="preserve"> </w:t>
      </w:r>
      <w:r w:rsidR="00E320A8">
        <w:rPr>
          <w:lang w:val="nl-NL"/>
        </w:rPr>
        <w:br/>
      </w:r>
      <w:r w:rsidRPr="00FE7A41">
        <w:rPr>
          <w:lang w:val="nl-NL"/>
        </w:rPr>
        <w:t>Onze school blijft verantwoordelijk voor het onderwijsprogramma van uw kind. Dat geldt ook voor het schoolexamen en het eindresultaat.</w:t>
      </w:r>
      <w:r w:rsidR="00E320A8">
        <w:rPr>
          <w:lang w:val="nl-NL"/>
        </w:rPr>
        <w:t xml:space="preserve"> </w:t>
      </w:r>
      <w:r w:rsidRPr="00FE7A41">
        <w:rPr>
          <w:lang w:val="nl-NL"/>
        </w:rPr>
        <w:t xml:space="preserve">Onze school maakt met het </w:t>
      </w:r>
      <w:proofErr w:type="gramStart"/>
      <w:r w:rsidRPr="00FE7A41">
        <w:rPr>
          <w:lang w:val="nl-NL"/>
        </w:rPr>
        <w:t>mbo afspraken</w:t>
      </w:r>
      <w:proofErr w:type="gramEnd"/>
      <w:r w:rsidRPr="00FE7A41">
        <w:rPr>
          <w:lang w:val="nl-NL"/>
        </w:rPr>
        <w:t xml:space="preserve"> over de lessen, opdrachten en toetsen.</w:t>
      </w:r>
    </w:p>
    <w:p w14:paraId="1FFE5FC9" w14:textId="77777777" w:rsidR="00105E26" w:rsidRPr="00FE7A41" w:rsidRDefault="00105E26" w:rsidP="00830524">
      <w:pPr>
        <w:pStyle w:val="Kop2"/>
        <w:rPr>
          <w:lang w:val="nl-NL"/>
        </w:rPr>
      </w:pPr>
      <w:r w:rsidRPr="00FE7A41">
        <w:rPr>
          <w:lang w:val="nl-NL"/>
        </w:rPr>
        <w:t>2. Toetsen en beoordeling</w:t>
      </w:r>
    </w:p>
    <w:p w14:paraId="7CAD641A" w14:textId="77777777" w:rsidR="00105E26" w:rsidRPr="00FE7A41" w:rsidRDefault="00105E26" w:rsidP="008D76F3">
      <w:pPr>
        <w:rPr>
          <w:lang w:val="nl-NL"/>
        </w:rPr>
      </w:pPr>
      <w:r w:rsidRPr="00FE7A41">
        <w:rPr>
          <w:lang w:val="nl-NL"/>
        </w:rPr>
        <w:t>Voor ieder keuzevak zijn afspraken gemaakt over de toetsen. Deze afspraken staan in het PTA. PTA betekent Programma van Toetsing en Afsluiting.</w:t>
      </w:r>
    </w:p>
    <w:p w14:paraId="22E64198" w14:textId="77777777" w:rsidR="00105E26" w:rsidRPr="00FE7A41" w:rsidRDefault="00105E26" w:rsidP="008D76F3">
      <w:pPr>
        <w:rPr>
          <w:lang w:val="nl-NL"/>
        </w:rPr>
      </w:pPr>
      <w:r w:rsidRPr="00FE7A41">
        <w:rPr>
          <w:lang w:val="nl-NL"/>
        </w:rPr>
        <w:t xml:space="preserve">In het PTA staat welke toetsen uw kind moet maken. Ook staat hierin wat wordt getoetst, </w:t>
      </w:r>
      <w:proofErr w:type="gramStart"/>
      <w:r w:rsidRPr="00FE7A41">
        <w:rPr>
          <w:lang w:val="nl-NL"/>
        </w:rPr>
        <w:t>hoe lang</w:t>
      </w:r>
      <w:proofErr w:type="gramEnd"/>
      <w:r w:rsidRPr="00FE7A41">
        <w:rPr>
          <w:lang w:val="nl-NL"/>
        </w:rPr>
        <w:t xml:space="preserve"> een toets duurt en of een toets opnieuw gemaakt mag worden.</w:t>
      </w:r>
    </w:p>
    <w:p w14:paraId="766F1957" w14:textId="77777777" w:rsidR="00105E26" w:rsidRPr="00FE7A41" w:rsidRDefault="00105E26" w:rsidP="008D76F3">
      <w:pPr>
        <w:rPr>
          <w:lang w:val="nl-NL"/>
        </w:rPr>
      </w:pPr>
      <w:r w:rsidRPr="00FE7A41">
        <w:rPr>
          <w:lang w:val="nl-NL"/>
        </w:rPr>
        <w:t>De mbo-docent neemt de afgesproken toetsen af en beoordeelt het werk. De resultaten van de toetsen worden doorgegeven aan onze school.</w:t>
      </w:r>
    </w:p>
    <w:p w14:paraId="1F2C167E" w14:textId="77777777" w:rsidR="00105E26" w:rsidRPr="00FE7A41" w:rsidRDefault="00105E26" w:rsidP="008D76F3">
      <w:pPr>
        <w:rPr>
          <w:lang w:val="nl-NL"/>
        </w:rPr>
      </w:pPr>
      <w:r w:rsidRPr="00FE7A41">
        <w:rPr>
          <w:lang w:val="nl-NL"/>
        </w:rPr>
        <w:t>Onze school heeft een eigen PTA. Daarin staat hoe de resultaten van de toetsen meetellen voor het schoolexamen. Onze school bepaalt het definitieve cijfer en registreert dit.</w:t>
      </w:r>
    </w:p>
    <w:p w14:paraId="7967AB39" w14:textId="77777777" w:rsidR="00105E26" w:rsidRPr="00FE7A41" w:rsidRDefault="00105E26" w:rsidP="00830524">
      <w:pPr>
        <w:pStyle w:val="Kop2"/>
        <w:rPr>
          <w:lang w:val="nl-NL"/>
        </w:rPr>
      </w:pPr>
      <w:r w:rsidRPr="00FE7A41">
        <w:rPr>
          <w:lang w:val="nl-NL"/>
        </w:rPr>
        <w:lastRenderedPageBreak/>
        <w:t>3. Aanwezigheid, ziekte en te laat komen</w:t>
      </w:r>
    </w:p>
    <w:p w14:paraId="1D615CBD" w14:textId="29939E29" w:rsidR="00105E26" w:rsidRPr="00FE7A41" w:rsidRDefault="00105E26" w:rsidP="008D76F3">
      <w:pPr>
        <w:rPr>
          <w:lang w:val="nl-NL"/>
        </w:rPr>
      </w:pPr>
      <w:r w:rsidRPr="00FE7A41">
        <w:rPr>
          <w:lang w:val="nl-NL"/>
        </w:rPr>
        <w:t xml:space="preserve">Uw kind is aanwezig bij alle lessen en </w:t>
      </w:r>
      <w:proofErr w:type="spellStart"/>
      <w:r w:rsidRPr="00FE7A41">
        <w:rPr>
          <w:lang w:val="nl-NL"/>
        </w:rPr>
        <w:t>toetsmomenten</w:t>
      </w:r>
      <w:proofErr w:type="spellEnd"/>
      <w:r w:rsidRPr="00FE7A41">
        <w:rPr>
          <w:lang w:val="nl-NL"/>
        </w:rPr>
        <w:t>.</w:t>
      </w:r>
      <w:r w:rsidR="00E320A8">
        <w:rPr>
          <w:lang w:val="nl-NL"/>
        </w:rPr>
        <w:t xml:space="preserve"> </w:t>
      </w:r>
      <w:r w:rsidRPr="00FE7A41">
        <w:rPr>
          <w:lang w:val="nl-NL"/>
        </w:rPr>
        <w:t>Kan uw kind niet komen? Meld dit dan op tijd bij onze school. Volg hiervoor de gewone afspraken van onze school.</w:t>
      </w:r>
      <w:r w:rsidR="00E320A8">
        <w:rPr>
          <w:lang w:val="nl-NL"/>
        </w:rPr>
        <w:t xml:space="preserve"> </w:t>
      </w:r>
      <w:r w:rsidRPr="00FE7A41">
        <w:rPr>
          <w:lang w:val="nl-NL"/>
        </w:rPr>
        <w:t>Komt uw kind te laat? Dan meldt uw kind zich volgens de afspraken op de mbo-locatie.</w:t>
      </w:r>
    </w:p>
    <w:p w14:paraId="27B5E951" w14:textId="49A61707" w:rsidR="00105E26" w:rsidRPr="00FE7A41" w:rsidRDefault="00105E26" w:rsidP="008D76F3">
      <w:pPr>
        <w:rPr>
          <w:lang w:val="nl-NL"/>
        </w:rPr>
      </w:pPr>
      <w:r w:rsidRPr="00FE7A41">
        <w:rPr>
          <w:lang w:val="nl-NL"/>
        </w:rPr>
        <w:t>Mist uw kind veel lessen of een toets? Dan kan dit gevolgen hebben voor het afronden van het keuzevak. Onze school bekijkt dan samen met uw kind wat er nog mogelijk is. Als dat nodig is, overleggen wij hierover met het mbo en met u.</w:t>
      </w:r>
    </w:p>
    <w:p w14:paraId="08C49AED" w14:textId="77777777" w:rsidR="00105E26" w:rsidRPr="00FE7A41" w:rsidRDefault="00105E26" w:rsidP="00830524">
      <w:pPr>
        <w:pStyle w:val="Kop2"/>
        <w:rPr>
          <w:lang w:val="nl-NL"/>
        </w:rPr>
      </w:pPr>
      <w:r w:rsidRPr="00FE7A41">
        <w:rPr>
          <w:lang w:val="nl-NL"/>
        </w:rPr>
        <w:t>4. Begeleiding en communicatie</w:t>
      </w:r>
    </w:p>
    <w:p w14:paraId="11CB9EFC" w14:textId="2BA73B99" w:rsidR="00105E26" w:rsidRPr="00FE7A41" w:rsidRDefault="00105E26" w:rsidP="008D76F3">
      <w:pPr>
        <w:rPr>
          <w:lang w:val="nl-NL"/>
        </w:rPr>
      </w:pPr>
      <w:r w:rsidRPr="00FE7A41">
        <w:rPr>
          <w:lang w:val="nl-NL"/>
        </w:rPr>
        <w:t>Bij ieder keuzevak is een vmbo-begeleider aanwezig.</w:t>
      </w:r>
      <w:r w:rsidR="00CE7F0D">
        <w:rPr>
          <w:lang w:val="nl-NL"/>
        </w:rPr>
        <w:t xml:space="preserve"> </w:t>
      </w:r>
      <w:r w:rsidRPr="00FE7A41">
        <w:rPr>
          <w:lang w:val="nl-NL"/>
        </w:rPr>
        <w:t>De vmbo-begeleider helpt de leerlingen bij zaken die niet direct over de inhoud van de lessen gaan. Denk aan aanwezigheid, ziekte, gedrag of andere bijzonderheden.</w:t>
      </w:r>
    </w:p>
    <w:p w14:paraId="4B9ED322" w14:textId="77777777" w:rsidR="00105E26" w:rsidRPr="00FE7A41" w:rsidRDefault="00105E26" w:rsidP="008D76F3">
      <w:pPr>
        <w:rPr>
          <w:lang w:val="nl-NL"/>
        </w:rPr>
      </w:pPr>
      <w:r w:rsidRPr="00FE7A41">
        <w:rPr>
          <w:lang w:val="nl-NL"/>
        </w:rPr>
        <w:t>De mbo-docent geeft de lessen en begeleidt de leerlingen tijdens de opdrachten. De mbo-docent en de vmbo-begeleider hebben contact over de aanwezigheid, voortgang en bijzonderheden van de leerlingen.</w:t>
      </w:r>
    </w:p>
    <w:p w14:paraId="27E8EB05" w14:textId="6B2BB142" w:rsidR="00105E26" w:rsidRPr="00FE7A41" w:rsidRDefault="00105E26" w:rsidP="008D76F3">
      <w:pPr>
        <w:rPr>
          <w:lang w:val="nl-NL"/>
        </w:rPr>
      </w:pPr>
      <w:r w:rsidRPr="00FE7A41">
        <w:rPr>
          <w:lang w:val="nl-NL"/>
        </w:rPr>
        <w:t>Onze school blijft voor u het aanspreekpunt.</w:t>
      </w:r>
      <w:r w:rsidR="00CE7F0D">
        <w:rPr>
          <w:lang w:val="nl-NL"/>
        </w:rPr>
        <w:t xml:space="preserve"> </w:t>
      </w:r>
      <w:r w:rsidRPr="00FE7A41">
        <w:rPr>
          <w:lang w:val="nl-NL"/>
        </w:rPr>
        <w:t>Heeft u een vraag? Wilt u uw kind ziek of afwezig melden? Of is er iets anders dat belangrijk is voor uw kind? Neem dan contact op met onze school.</w:t>
      </w:r>
    </w:p>
    <w:p w14:paraId="2D8CE1F4" w14:textId="77777777" w:rsidR="00105E26" w:rsidRPr="00FE7A41" w:rsidRDefault="00105E26" w:rsidP="008D76F3">
      <w:pPr>
        <w:rPr>
          <w:lang w:val="nl-NL"/>
        </w:rPr>
      </w:pPr>
      <w:r w:rsidRPr="00FE7A41">
        <w:rPr>
          <w:lang w:val="nl-NL"/>
        </w:rPr>
        <w:t>Als er tijdens het keuzevak iets gebeurt waarover u moet worden geïnformeerd, neemt onze school contact met u op. Het contact met ouders en verzorgers loopt dus via de eigen vmbo-school.</w:t>
      </w:r>
    </w:p>
    <w:p w14:paraId="10C51DE4" w14:textId="77777777" w:rsidR="00105E26" w:rsidRPr="00FE7A41" w:rsidRDefault="00105E26" w:rsidP="00830524">
      <w:pPr>
        <w:pStyle w:val="Kop2"/>
        <w:rPr>
          <w:lang w:val="nl-NL"/>
        </w:rPr>
      </w:pPr>
      <w:r w:rsidRPr="00FE7A41">
        <w:rPr>
          <w:lang w:val="nl-NL"/>
        </w:rPr>
        <w:t>5. Veiligheid en werkkleding</w:t>
      </w:r>
    </w:p>
    <w:p w14:paraId="75187BE8" w14:textId="77777777" w:rsidR="00105E26" w:rsidRPr="00FE7A41" w:rsidRDefault="00105E26" w:rsidP="008D76F3">
      <w:pPr>
        <w:rPr>
          <w:lang w:val="nl-NL"/>
        </w:rPr>
      </w:pPr>
      <w:r w:rsidRPr="00FE7A41">
        <w:rPr>
          <w:lang w:val="nl-NL"/>
        </w:rPr>
        <w:t>Uw kind houdt zich aan de regels van de mbo-locatie. Uw kind werkt veilig en volgt altijd de uitleg en aanwijzingen van de docent of begeleider.</w:t>
      </w:r>
    </w:p>
    <w:p w14:paraId="47566971" w14:textId="77777777" w:rsidR="00105E26" w:rsidRPr="00FE7A41" w:rsidRDefault="00105E26" w:rsidP="008D76F3">
      <w:pPr>
        <w:rPr>
          <w:lang w:val="nl-NL"/>
        </w:rPr>
      </w:pPr>
      <w:r w:rsidRPr="00FE7A41">
        <w:rPr>
          <w:lang w:val="nl-NL"/>
        </w:rPr>
        <w:t>Uw kind mag machines, gereedschappen, materialen en software alleen gebruiken na uitleg en toestemming van de mbo-docent.</w:t>
      </w:r>
    </w:p>
    <w:p w14:paraId="789ECBBD" w14:textId="7449D875" w:rsidR="00105E26" w:rsidRPr="00FE7A41" w:rsidRDefault="00105E26" w:rsidP="008D76F3">
      <w:pPr>
        <w:rPr>
          <w:lang w:val="nl-NL"/>
        </w:rPr>
      </w:pPr>
      <w:r w:rsidRPr="00FE7A41">
        <w:rPr>
          <w:lang w:val="nl-NL"/>
        </w:rPr>
        <w:t>Voor sommige lessen zijn speciale kleding of beschermingsmiddelen nodig.</w:t>
      </w:r>
      <w:r w:rsidR="00CE7F0D">
        <w:rPr>
          <w:lang w:val="nl-NL"/>
        </w:rPr>
        <w:t xml:space="preserve"> De vmbo-school zorgt hiervoor</w:t>
      </w:r>
      <w:r w:rsidR="00DB4515">
        <w:rPr>
          <w:lang w:val="nl-NL"/>
        </w:rPr>
        <w:t xml:space="preserve">. </w:t>
      </w:r>
      <w:r w:rsidRPr="00FE7A41">
        <w:rPr>
          <w:lang w:val="nl-NL"/>
        </w:rPr>
        <w:t>Heeft uw kind niet de verplichte beschermingsmiddelen bij zich? Dan kan uw kind niet meedoen aan die praktijkles.</w:t>
      </w:r>
    </w:p>
    <w:p w14:paraId="7EFB0FB0" w14:textId="77777777" w:rsidR="00105E26" w:rsidRPr="00FE7A41" w:rsidRDefault="00105E26" w:rsidP="00830524">
      <w:pPr>
        <w:pStyle w:val="Kop2"/>
        <w:rPr>
          <w:lang w:val="nl-NL"/>
        </w:rPr>
      </w:pPr>
      <w:r w:rsidRPr="00FE7A41">
        <w:rPr>
          <w:lang w:val="nl-NL"/>
        </w:rPr>
        <w:t>6. Informatie voor goede en veilige begeleiding</w:t>
      </w:r>
    </w:p>
    <w:p w14:paraId="0095C0B6" w14:textId="77777777" w:rsidR="00105E26" w:rsidRPr="00FE7A41" w:rsidRDefault="00105E26" w:rsidP="008D76F3">
      <w:pPr>
        <w:rPr>
          <w:lang w:val="nl-NL"/>
        </w:rPr>
      </w:pPr>
      <w:r w:rsidRPr="00FE7A41">
        <w:rPr>
          <w:lang w:val="nl-NL"/>
        </w:rPr>
        <w:t>Soms hebben wij extra informatie nodig om uw kind goed en veilig te begeleiden. Denk bijvoorbeeld aan een allergie, medicijngebruik, een beperking of iets anders dat belangrijk is tijdens de praktijklessen.</w:t>
      </w:r>
    </w:p>
    <w:p w14:paraId="2C8E06E9" w14:textId="3C711929" w:rsidR="00105E26" w:rsidRPr="00FE7A41" w:rsidRDefault="00105E26" w:rsidP="008D76F3">
      <w:pPr>
        <w:rPr>
          <w:lang w:val="nl-NL"/>
        </w:rPr>
      </w:pPr>
      <w:r w:rsidRPr="00FE7A41">
        <w:rPr>
          <w:lang w:val="nl-NL"/>
        </w:rPr>
        <w:t>U kunt deze informatie invullen op de laatste pagina.</w:t>
      </w:r>
      <w:r w:rsidR="00DB4515">
        <w:rPr>
          <w:lang w:val="nl-NL"/>
        </w:rPr>
        <w:t xml:space="preserve"> </w:t>
      </w:r>
      <w:r w:rsidRPr="00FE7A41">
        <w:rPr>
          <w:lang w:val="nl-NL"/>
        </w:rPr>
        <w:t>Wij delen deze informatie alleen met het mbo als dat nodig is voor de veiligheid of begeleiding van uw kind.</w:t>
      </w:r>
    </w:p>
    <w:p w14:paraId="5FABDED0" w14:textId="77777777" w:rsidR="00105E26" w:rsidRPr="00FE7A41" w:rsidRDefault="00105E26" w:rsidP="00830524">
      <w:pPr>
        <w:pStyle w:val="Kop2"/>
        <w:rPr>
          <w:lang w:val="nl-NL"/>
        </w:rPr>
      </w:pPr>
      <w:r w:rsidRPr="00FE7A41">
        <w:rPr>
          <w:lang w:val="nl-NL"/>
        </w:rPr>
        <w:t>7. Privacy en gegevens</w:t>
      </w:r>
    </w:p>
    <w:p w14:paraId="292BE7F9" w14:textId="063C603F" w:rsidR="00105E26" w:rsidRPr="00FE7A41" w:rsidRDefault="00105E26" w:rsidP="008D76F3">
      <w:pPr>
        <w:rPr>
          <w:lang w:val="nl-NL"/>
        </w:rPr>
      </w:pPr>
      <w:r w:rsidRPr="00FE7A41">
        <w:rPr>
          <w:lang w:val="nl-NL"/>
        </w:rPr>
        <w:t>Voor het volgen van het keuzevak moet onze school sommige gegevens van uw kind delen met de mbo-locatie.</w:t>
      </w:r>
      <w:r w:rsidR="00DB4515">
        <w:rPr>
          <w:lang w:val="nl-NL"/>
        </w:rPr>
        <w:t xml:space="preserve"> </w:t>
      </w:r>
      <w:r w:rsidRPr="00FE7A41">
        <w:rPr>
          <w:lang w:val="nl-NL"/>
        </w:rPr>
        <w:t>Wij delen alleen gegevens die nodig zijn voor de lessen, begeleiding, veiligheid, aanwezigheid en beoordeling.</w:t>
      </w:r>
    </w:p>
    <w:p w14:paraId="02FB8885" w14:textId="7B6D7A48" w:rsidR="00105E26" w:rsidRPr="00FE7A41" w:rsidRDefault="00105E26" w:rsidP="008D76F3">
      <w:pPr>
        <w:rPr>
          <w:lang w:val="nl-NL"/>
        </w:rPr>
      </w:pPr>
      <w:r w:rsidRPr="00FE7A41">
        <w:rPr>
          <w:lang w:val="nl-NL"/>
        </w:rPr>
        <w:t xml:space="preserve">Dit kunnen bijvoorbeeld de naam, klas en school van uw kind zijn. Ook kunnen we informatie delen over aanwezigheid, voortgang, </w:t>
      </w:r>
      <w:proofErr w:type="spellStart"/>
      <w:r w:rsidRPr="00FE7A41">
        <w:rPr>
          <w:lang w:val="nl-NL"/>
        </w:rPr>
        <w:t>toetsresultaten</w:t>
      </w:r>
      <w:proofErr w:type="spellEnd"/>
      <w:r w:rsidRPr="00FE7A41">
        <w:rPr>
          <w:lang w:val="nl-NL"/>
        </w:rPr>
        <w:t xml:space="preserve"> en zaken die belangrijk zijn voor een goede en veilige begeleiding.</w:t>
      </w:r>
      <w:r w:rsidR="00DB4515">
        <w:rPr>
          <w:lang w:val="nl-NL"/>
        </w:rPr>
        <w:t xml:space="preserve"> </w:t>
      </w:r>
      <w:r w:rsidRPr="00FE7A41">
        <w:rPr>
          <w:lang w:val="nl-NL"/>
        </w:rPr>
        <w:t>Wij gaan zorgvuldig met deze gegevens om. De gegevens worden niet langer bewaard dan nodig is.</w:t>
      </w:r>
    </w:p>
    <w:p w14:paraId="06B10EF7" w14:textId="77777777" w:rsidR="00105E26" w:rsidRPr="00FE7A41" w:rsidRDefault="00105E26" w:rsidP="00830524">
      <w:pPr>
        <w:pStyle w:val="Kop2"/>
        <w:rPr>
          <w:lang w:val="nl-NL"/>
        </w:rPr>
      </w:pPr>
      <w:r w:rsidRPr="00FE7A41">
        <w:rPr>
          <w:lang w:val="nl-NL"/>
        </w:rPr>
        <w:lastRenderedPageBreak/>
        <w:t>8. Verzekering en schade</w:t>
      </w:r>
    </w:p>
    <w:p w14:paraId="5197D97F" w14:textId="77777777" w:rsidR="00105E26" w:rsidRPr="00FE7A41" w:rsidRDefault="00105E26" w:rsidP="008D76F3">
      <w:pPr>
        <w:rPr>
          <w:lang w:val="nl-NL"/>
        </w:rPr>
      </w:pPr>
      <w:r w:rsidRPr="00FE7A41">
        <w:rPr>
          <w:lang w:val="nl-NL"/>
        </w:rPr>
        <w:t>Het keuzevak op de mbo-locatie is onderdeel van het onderwijs van onze school. Wij zorgen dat de verzekering hiervoor goed is geregeld.</w:t>
      </w:r>
    </w:p>
    <w:p w14:paraId="497FBDB6" w14:textId="77777777" w:rsidR="00105E26" w:rsidRPr="00FE7A41" w:rsidRDefault="00105E26" w:rsidP="008D76F3">
      <w:pPr>
        <w:rPr>
          <w:lang w:val="nl-NL"/>
        </w:rPr>
      </w:pPr>
      <w:r w:rsidRPr="00FE7A41">
        <w:rPr>
          <w:lang w:val="nl-NL"/>
        </w:rPr>
        <w:t>Ontstaat er schade? Raakt er iets kwijt of wordt er iets gestolen? Of raakt iemand gewond? Dan bekijken we per situatie wat er is gebeurd en welke afspraken gelden.</w:t>
      </w:r>
    </w:p>
    <w:p w14:paraId="449DBED7" w14:textId="77777777" w:rsidR="00105E26" w:rsidRPr="00FE7A41" w:rsidRDefault="00105E26" w:rsidP="008D76F3">
      <w:pPr>
        <w:rPr>
          <w:lang w:val="nl-NL"/>
        </w:rPr>
      </w:pPr>
      <w:r w:rsidRPr="00FE7A41">
        <w:rPr>
          <w:lang w:val="nl-NL"/>
        </w:rPr>
        <w:t>Veroorzaakt een leerling met opzet schade? Of volgt een leerling belangrijke veiligheidsregels of aanwijzingen niet op? Dan kan worden bekeken of de leerling of de ouders verantwoordelijk zijn voor de schade.</w:t>
      </w:r>
    </w:p>
    <w:p w14:paraId="72AF2222" w14:textId="77777777" w:rsidR="00105E26" w:rsidRPr="00FE7A41" w:rsidRDefault="00105E26" w:rsidP="00830524">
      <w:pPr>
        <w:pStyle w:val="Kop2"/>
        <w:rPr>
          <w:lang w:val="nl-NL"/>
        </w:rPr>
      </w:pPr>
      <w:r w:rsidRPr="00FE7A41">
        <w:rPr>
          <w:lang w:val="nl-NL"/>
        </w:rPr>
        <w:t>9. Reizen naar de mbo-locatie</w:t>
      </w:r>
    </w:p>
    <w:p w14:paraId="52F24503" w14:textId="62340680" w:rsidR="00105E26" w:rsidRPr="00FE7A41" w:rsidRDefault="00105E26" w:rsidP="008D76F3">
      <w:pPr>
        <w:rPr>
          <w:lang w:val="nl-NL"/>
        </w:rPr>
      </w:pPr>
      <w:r w:rsidRPr="00FE7A41">
        <w:rPr>
          <w:lang w:val="nl-NL"/>
        </w:rPr>
        <w:t>Uw kind reist naar de mbo-locatie op de manier die wij vooraf met u en uw kind afspreken.</w:t>
      </w:r>
      <w:r w:rsidR="00DB4515">
        <w:rPr>
          <w:lang w:val="nl-NL"/>
        </w:rPr>
        <w:t xml:space="preserve"> </w:t>
      </w:r>
      <w:r w:rsidRPr="00FE7A41">
        <w:rPr>
          <w:lang w:val="nl-NL"/>
        </w:rPr>
        <w:t>Leerlingen reizen in principe zelfstandig naar de mbo-locatie.</w:t>
      </w:r>
    </w:p>
    <w:p w14:paraId="334E5EE7" w14:textId="77777777" w:rsidR="00105E26" w:rsidRPr="00FE7A41" w:rsidRDefault="00105E26" w:rsidP="008D76F3">
      <w:pPr>
        <w:rPr>
          <w:lang w:val="nl-NL"/>
        </w:rPr>
      </w:pPr>
      <w:r w:rsidRPr="00FE7A41">
        <w:rPr>
          <w:lang w:val="nl-NL"/>
        </w:rPr>
        <w:t>Onze school blijft verantwoordelijk voor de afspraken over het reizen naar en van de mbo-locatie. Voor de start laten wij weten welke afspraken hiervoor gelden.</w:t>
      </w:r>
    </w:p>
    <w:p w14:paraId="4DDA6352" w14:textId="5A6ED482" w:rsidR="00105E26" w:rsidRPr="00FE7A41" w:rsidRDefault="00105E26" w:rsidP="008D76F3">
      <w:pPr>
        <w:rPr>
          <w:lang w:val="nl-NL"/>
        </w:rPr>
      </w:pPr>
      <w:r w:rsidRPr="00FE7A41">
        <w:rPr>
          <w:lang w:val="nl-NL"/>
        </w:rPr>
        <w:t>De kosten voor het openbaar vervoer worden vergoed. Onze school informeert u over hoe dit wordt geregeld.</w:t>
      </w:r>
      <w:r w:rsidR="00DB4515">
        <w:rPr>
          <w:lang w:val="nl-NL"/>
        </w:rPr>
        <w:t xml:space="preserve"> </w:t>
      </w:r>
      <w:r w:rsidRPr="00FE7A41">
        <w:rPr>
          <w:lang w:val="nl-NL"/>
        </w:rPr>
        <w:t xml:space="preserve">De vergoeding geldt voor de afgesproken lesdagen en </w:t>
      </w:r>
      <w:proofErr w:type="spellStart"/>
      <w:r w:rsidRPr="00FE7A41">
        <w:rPr>
          <w:lang w:val="nl-NL"/>
        </w:rPr>
        <w:t>toetsmomenten</w:t>
      </w:r>
      <w:proofErr w:type="spellEnd"/>
      <w:r w:rsidRPr="00FE7A41">
        <w:rPr>
          <w:lang w:val="nl-NL"/>
        </w:rPr>
        <w:t xml:space="preserve"> van het keuzevak.</w:t>
      </w:r>
    </w:p>
    <w:p w14:paraId="4E2113E2" w14:textId="77777777" w:rsidR="00105E26" w:rsidRPr="00FE7A41" w:rsidRDefault="00105E26" w:rsidP="00830524">
      <w:pPr>
        <w:pStyle w:val="Kop2"/>
        <w:rPr>
          <w:lang w:val="nl-NL"/>
        </w:rPr>
      </w:pPr>
      <w:r w:rsidRPr="00FE7A41">
        <w:rPr>
          <w:lang w:val="nl-NL"/>
        </w:rPr>
        <w:t>10. Stoppen met het keuzevak</w:t>
      </w:r>
    </w:p>
    <w:p w14:paraId="6604AFCC" w14:textId="77777777" w:rsidR="00105E26" w:rsidRPr="00FE7A41" w:rsidRDefault="00105E26" w:rsidP="008D76F3">
      <w:pPr>
        <w:rPr>
          <w:lang w:val="nl-NL"/>
        </w:rPr>
      </w:pPr>
      <w:r w:rsidRPr="00FE7A41">
        <w:rPr>
          <w:lang w:val="nl-NL"/>
        </w:rPr>
        <w:t>Deelname aan het keuzevak is niet vrijblijvend. We gaan ervan uit dat uw kind het hele keuzevak volgt en afrondt.</w:t>
      </w:r>
    </w:p>
    <w:p w14:paraId="5CD9181F" w14:textId="77777777" w:rsidR="00105E26" w:rsidRPr="00FE7A41" w:rsidRDefault="00105E26" w:rsidP="008D76F3">
      <w:pPr>
        <w:rPr>
          <w:lang w:val="nl-NL"/>
        </w:rPr>
      </w:pPr>
      <w:r w:rsidRPr="00FE7A41">
        <w:rPr>
          <w:lang w:val="nl-NL"/>
        </w:rPr>
        <w:t>Soms kan het toch nodig zijn dat een leerling stopt. Bijvoorbeeld als een leerling vaak afwezig is, zich niet aan de veiligheidsregels houdt of de lessen ernstig verstoort.</w:t>
      </w:r>
    </w:p>
    <w:p w14:paraId="0F7F5680" w14:textId="77777777" w:rsidR="00105E26" w:rsidRPr="00FE7A41" w:rsidRDefault="00105E26" w:rsidP="008D76F3">
      <w:pPr>
        <w:rPr>
          <w:lang w:val="nl-NL"/>
        </w:rPr>
      </w:pPr>
      <w:r w:rsidRPr="00FE7A41">
        <w:rPr>
          <w:lang w:val="nl-NL"/>
        </w:rPr>
        <w:t>Als stoppen wordt overwogen, overlegt onze school hierover met de mbo-locatie. Onze school bespreekt daarna met u en uw kind wat er aan de hand is en wat dit betekent voor het onderwijsprogramma en het schoolexamen.</w:t>
      </w:r>
    </w:p>
    <w:p w14:paraId="23261BEF" w14:textId="77777777" w:rsidR="00105E26" w:rsidRPr="00FE7A41" w:rsidRDefault="00105E26" w:rsidP="00105E26">
      <w:pPr>
        <w:rPr>
          <w:lang w:val="nl-NL"/>
        </w:rPr>
      </w:pPr>
      <w:r w:rsidRPr="00FE7A41">
        <w:rPr>
          <w:lang w:val="nl-NL"/>
        </w:rPr>
        <w:br w:type="page"/>
      </w:r>
    </w:p>
    <w:p w14:paraId="2951720A" w14:textId="77777777" w:rsidR="00CC41ED" w:rsidRPr="00FE7A41" w:rsidRDefault="00000000" w:rsidP="00604CBD">
      <w:pPr>
        <w:pStyle w:val="Kop1"/>
        <w:rPr>
          <w:lang w:val="nl-NL"/>
        </w:rPr>
      </w:pPr>
      <w:r w:rsidRPr="00FE7A41">
        <w:rPr>
          <w:lang w:val="nl-NL"/>
        </w:rPr>
        <w:lastRenderedPageBreak/>
        <w:t>Akkoordverklaring</w:t>
      </w:r>
    </w:p>
    <w:p w14:paraId="3490A547" w14:textId="77777777" w:rsidR="00CC41ED" w:rsidRPr="00FE7A41" w:rsidRDefault="00000000" w:rsidP="008D76F3">
      <w:pPr>
        <w:rPr>
          <w:lang w:val="nl-NL"/>
        </w:rPr>
      </w:pPr>
      <w:r w:rsidRPr="00FE7A41">
        <w:rPr>
          <w:lang w:val="nl-NL"/>
        </w:rPr>
        <w:t>Vul deze pagina in en lever deze ondertekend in bij onze school.</w:t>
      </w:r>
    </w:p>
    <w:p w14:paraId="2C215EC0" w14:textId="77777777" w:rsidR="00CC41ED" w:rsidRPr="00FE7A41" w:rsidRDefault="00000000" w:rsidP="008D76F3">
      <w:pPr>
        <w:rPr>
          <w:lang w:val="nl-NL"/>
        </w:rPr>
      </w:pPr>
      <w:r w:rsidRPr="00FE7A41">
        <w:rPr>
          <w:lang w:val="nl-NL"/>
        </w:rPr>
        <w:t>Met de handtekeningen hieronder geeft u aan dat u de afspraken heeft gelezen en begrepen. U gaat akkoord met deelname van uw kind aan het vmbo-keuzevak op het mbo.</w:t>
      </w:r>
    </w:p>
    <w:p w14:paraId="5C4FE6A2" w14:textId="77777777" w:rsidR="00981D4F" w:rsidRPr="00FE7A41" w:rsidRDefault="00981D4F" w:rsidP="00604CBD">
      <w:pPr>
        <w:rPr>
          <w:lang w:val="nl-NL"/>
        </w:rPr>
      </w:pPr>
    </w:p>
    <w:tbl>
      <w:tblPr>
        <w:tblStyle w:val="Tabelraster"/>
        <w:tblW w:w="0" w:type="auto"/>
        <w:jc w:val="center"/>
        <w:tblLook w:val="04A0" w:firstRow="1" w:lastRow="0" w:firstColumn="1" w:lastColumn="0" w:noHBand="0" w:noVBand="1"/>
      </w:tblPr>
      <w:tblGrid>
        <w:gridCol w:w="4715"/>
        <w:gridCol w:w="4658"/>
      </w:tblGrid>
      <w:tr w:rsidR="00981D4F" w:rsidRPr="00FE7A41" w14:paraId="7E567AB9" w14:textId="77777777" w:rsidTr="00806F1A">
        <w:trPr>
          <w:jc w:val="center"/>
        </w:trPr>
        <w:tc>
          <w:tcPr>
            <w:tcW w:w="4986" w:type="dxa"/>
          </w:tcPr>
          <w:p w14:paraId="116070D4" w14:textId="77777777" w:rsidR="00981D4F" w:rsidRPr="00FE7A41" w:rsidRDefault="00981D4F" w:rsidP="00604CBD">
            <w:pPr>
              <w:rPr>
                <w:lang w:val="nl-NL"/>
              </w:rPr>
            </w:pPr>
            <w:r w:rsidRPr="00FE7A41">
              <w:rPr>
                <w:lang w:val="nl-NL"/>
              </w:rPr>
              <w:t>Naam leerling</w:t>
            </w:r>
          </w:p>
        </w:tc>
        <w:tc>
          <w:tcPr>
            <w:tcW w:w="4986" w:type="dxa"/>
          </w:tcPr>
          <w:p w14:paraId="3BD53B73" w14:textId="77777777" w:rsidR="00981D4F" w:rsidRPr="00FE7A41" w:rsidRDefault="00981D4F" w:rsidP="00604CBD">
            <w:pPr>
              <w:rPr>
                <w:lang w:val="nl-NL"/>
              </w:rPr>
            </w:pPr>
          </w:p>
        </w:tc>
      </w:tr>
      <w:tr w:rsidR="00981D4F" w:rsidRPr="00FE7A41" w14:paraId="6859E7EB" w14:textId="77777777" w:rsidTr="00806F1A">
        <w:trPr>
          <w:jc w:val="center"/>
        </w:trPr>
        <w:tc>
          <w:tcPr>
            <w:tcW w:w="4986" w:type="dxa"/>
          </w:tcPr>
          <w:p w14:paraId="56AF0424" w14:textId="77777777" w:rsidR="00981D4F" w:rsidRPr="00FE7A41" w:rsidRDefault="00981D4F" w:rsidP="00604CBD">
            <w:pPr>
              <w:rPr>
                <w:lang w:val="nl-NL"/>
              </w:rPr>
            </w:pPr>
            <w:r w:rsidRPr="00FE7A41">
              <w:rPr>
                <w:lang w:val="nl-NL"/>
              </w:rPr>
              <w:t>Klas</w:t>
            </w:r>
          </w:p>
        </w:tc>
        <w:tc>
          <w:tcPr>
            <w:tcW w:w="4986" w:type="dxa"/>
          </w:tcPr>
          <w:p w14:paraId="133EB95D" w14:textId="77777777" w:rsidR="00981D4F" w:rsidRPr="00FE7A41" w:rsidRDefault="00981D4F" w:rsidP="00604CBD">
            <w:pPr>
              <w:rPr>
                <w:lang w:val="nl-NL"/>
              </w:rPr>
            </w:pPr>
          </w:p>
        </w:tc>
      </w:tr>
      <w:tr w:rsidR="00981D4F" w:rsidRPr="00FE7A41" w14:paraId="170F7713" w14:textId="77777777" w:rsidTr="00806F1A">
        <w:trPr>
          <w:jc w:val="center"/>
        </w:trPr>
        <w:tc>
          <w:tcPr>
            <w:tcW w:w="4986" w:type="dxa"/>
          </w:tcPr>
          <w:p w14:paraId="52E0A684" w14:textId="77777777" w:rsidR="00981D4F" w:rsidRPr="00FE7A41" w:rsidRDefault="00981D4F" w:rsidP="00604CBD">
            <w:pPr>
              <w:rPr>
                <w:lang w:val="nl-NL"/>
              </w:rPr>
            </w:pPr>
            <w:r w:rsidRPr="00FE7A41">
              <w:rPr>
                <w:lang w:val="nl-NL"/>
              </w:rPr>
              <w:t>Naam keuzevak</w:t>
            </w:r>
          </w:p>
        </w:tc>
        <w:tc>
          <w:tcPr>
            <w:tcW w:w="4986" w:type="dxa"/>
          </w:tcPr>
          <w:p w14:paraId="0F60FE7B" w14:textId="77777777" w:rsidR="00981D4F" w:rsidRPr="00FE7A41" w:rsidRDefault="00981D4F" w:rsidP="00604CBD">
            <w:pPr>
              <w:rPr>
                <w:lang w:val="nl-NL"/>
              </w:rPr>
            </w:pPr>
          </w:p>
        </w:tc>
      </w:tr>
      <w:tr w:rsidR="00981D4F" w:rsidRPr="00FE7A41" w14:paraId="28F7A4C1" w14:textId="77777777" w:rsidTr="00806F1A">
        <w:trPr>
          <w:jc w:val="center"/>
        </w:trPr>
        <w:tc>
          <w:tcPr>
            <w:tcW w:w="4986" w:type="dxa"/>
          </w:tcPr>
          <w:p w14:paraId="4757C4D5" w14:textId="77777777" w:rsidR="00981D4F" w:rsidRPr="00FE7A41" w:rsidRDefault="00981D4F" w:rsidP="00604CBD">
            <w:pPr>
              <w:rPr>
                <w:lang w:val="nl-NL"/>
              </w:rPr>
            </w:pPr>
            <w:r w:rsidRPr="00FE7A41">
              <w:rPr>
                <w:lang w:val="nl-NL"/>
              </w:rPr>
              <w:t>Mbo-locatie</w:t>
            </w:r>
          </w:p>
        </w:tc>
        <w:tc>
          <w:tcPr>
            <w:tcW w:w="4986" w:type="dxa"/>
          </w:tcPr>
          <w:p w14:paraId="0D26EA50" w14:textId="77777777" w:rsidR="00981D4F" w:rsidRPr="00FE7A41" w:rsidRDefault="00981D4F" w:rsidP="00604CBD">
            <w:pPr>
              <w:rPr>
                <w:lang w:val="nl-NL"/>
              </w:rPr>
            </w:pPr>
          </w:p>
        </w:tc>
      </w:tr>
    </w:tbl>
    <w:p w14:paraId="0EADCE4B" w14:textId="77777777" w:rsidR="00981D4F" w:rsidRPr="00FE7A41" w:rsidRDefault="00981D4F" w:rsidP="00604CBD">
      <w:pPr>
        <w:rPr>
          <w:lang w:val="nl-NL"/>
        </w:rPr>
      </w:pPr>
    </w:p>
    <w:tbl>
      <w:tblPr>
        <w:tblStyle w:val="Tabelraster"/>
        <w:tblW w:w="0" w:type="auto"/>
        <w:jc w:val="center"/>
        <w:tblLook w:val="04A0" w:firstRow="1" w:lastRow="0" w:firstColumn="1" w:lastColumn="0" w:noHBand="0" w:noVBand="1"/>
      </w:tblPr>
      <w:tblGrid>
        <w:gridCol w:w="4745"/>
        <w:gridCol w:w="4628"/>
      </w:tblGrid>
      <w:tr w:rsidR="00CC41ED" w:rsidRPr="00FE7A41" w14:paraId="55FDD27E" w14:textId="77777777">
        <w:trPr>
          <w:jc w:val="center"/>
        </w:trPr>
        <w:tc>
          <w:tcPr>
            <w:tcW w:w="4986" w:type="dxa"/>
          </w:tcPr>
          <w:p w14:paraId="311E1919" w14:textId="77777777" w:rsidR="00CC41ED" w:rsidRPr="00FE7A41" w:rsidRDefault="00000000" w:rsidP="00604CBD">
            <w:pPr>
              <w:rPr>
                <w:lang w:val="nl-NL"/>
              </w:rPr>
            </w:pPr>
            <w:r w:rsidRPr="00FE7A41">
              <w:rPr>
                <w:lang w:val="nl-NL"/>
              </w:rPr>
              <w:t>Naam ouder of verzorger</w:t>
            </w:r>
          </w:p>
        </w:tc>
        <w:tc>
          <w:tcPr>
            <w:tcW w:w="4986" w:type="dxa"/>
          </w:tcPr>
          <w:p w14:paraId="6AB5A813" w14:textId="77777777" w:rsidR="00CC41ED" w:rsidRPr="00FE7A41" w:rsidRDefault="00CC41ED" w:rsidP="00604CBD">
            <w:pPr>
              <w:rPr>
                <w:lang w:val="nl-NL"/>
              </w:rPr>
            </w:pPr>
          </w:p>
        </w:tc>
      </w:tr>
      <w:tr w:rsidR="00CC41ED" w:rsidRPr="00FE7A41" w14:paraId="261FA197" w14:textId="77777777">
        <w:trPr>
          <w:jc w:val="center"/>
        </w:trPr>
        <w:tc>
          <w:tcPr>
            <w:tcW w:w="4986" w:type="dxa"/>
          </w:tcPr>
          <w:p w14:paraId="058113B4" w14:textId="77777777" w:rsidR="00CC41ED" w:rsidRPr="00FE7A41" w:rsidRDefault="00000000" w:rsidP="00604CBD">
            <w:pPr>
              <w:rPr>
                <w:lang w:val="nl-NL"/>
              </w:rPr>
            </w:pPr>
            <w:r w:rsidRPr="00FE7A41">
              <w:rPr>
                <w:lang w:val="nl-NL"/>
              </w:rPr>
              <w:t>Telefoonnummer ouder of verzorger</w:t>
            </w:r>
          </w:p>
        </w:tc>
        <w:tc>
          <w:tcPr>
            <w:tcW w:w="4986" w:type="dxa"/>
          </w:tcPr>
          <w:p w14:paraId="43DD9165" w14:textId="77777777" w:rsidR="00CC41ED" w:rsidRPr="00FE7A41" w:rsidRDefault="00CC41ED" w:rsidP="00604CBD">
            <w:pPr>
              <w:rPr>
                <w:lang w:val="nl-NL"/>
              </w:rPr>
            </w:pPr>
          </w:p>
        </w:tc>
      </w:tr>
    </w:tbl>
    <w:p w14:paraId="2686E5CA" w14:textId="77777777" w:rsidR="00CC41ED" w:rsidRPr="00FE7A41" w:rsidRDefault="00000000" w:rsidP="00604CBD">
      <w:pPr>
        <w:pStyle w:val="Kop2"/>
        <w:rPr>
          <w:lang w:val="nl-NL"/>
        </w:rPr>
      </w:pPr>
      <w:r w:rsidRPr="00FE7A41">
        <w:rPr>
          <w:lang w:val="nl-NL"/>
        </w:rPr>
        <w:t>Informatie voor goede begeleiding of veiligheid</w:t>
      </w:r>
    </w:p>
    <w:p w14:paraId="202A383F" w14:textId="77777777" w:rsidR="00CC41ED" w:rsidRPr="00FE7A41" w:rsidRDefault="00000000" w:rsidP="008D76F3">
      <w:pPr>
        <w:rPr>
          <w:lang w:val="nl-NL"/>
        </w:rPr>
      </w:pPr>
      <w:r w:rsidRPr="00FE7A41">
        <w:rPr>
          <w:lang w:val="nl-NL"/>
        </w:rPr>
        <w:t>Vul hieronder alleen informatie in die nodig is voor veilige deelname of goede begeleiding. Denk aan allergie, medicatie, beperking of andere belangrijke informatie.</w:t>
      </w:r>
    </w:p>
    <w:tbl>
      <w:tblPr>
        <w:tblStyle w:val="Tabelraster"/>
        <w:tblW w:w="0" w:type="auto"/>
        <w:tblLook w:val="04A0" w:firstRow="1" w:lastRow="0" w:firstColumn="1" w:lastColumn="0" w:noHBand="0" w:noVBand="1"/>
      </w:tblPr>
      <w:tblGrid>
        <w:gridCol w:w="9373"/>
      </w:tblGrid>
      <w:tr w:rsidR="00CC41ED" w:rsidRPr="00FE7A41" w14:paraId="73CA419D" w14:textId="77777777">
        <w:tc>
          <w:tcPr>
            <w:tcW w:w="9972" w:type="dxa"/>
          </w:tcPr>
          <w:p w14:paraId="0EBC95C4" w14:textId="77777777" w:rsidR="00CC41ED" w:rsidRPr="00FE7A41" w:rsidRDefault="00000000" w:rsidP="00604CBD">
            <w:pPr>
              <w:rPr>
                <w:lang w:val="nl-NL"/>
              </w:rPr>
            </w:pPr>
            <w:r w:rsidRPr="00FE7A41">
              <w:rPr>
                <w:lang w:val="nl-NL"/>
              </w:rPr>
              <w:br/>
            </w:r>
            <w:r w:rsidRPr="00FE7A41">
              <w:rPr>
                <w:lang w:val="nl-NL"/>
              </w:rPr>
              <w:br/>
            </w:r>
            <w:r w:rsidRPr="00FE7A41">
              <w:rPr>
                <w:lang w:val="nl-NL"/>
              </w:rPr>
              <w:br/>
            </w:r>
            <w:r w:rsidRPr="00FE7A41">
              <w:rPr>
                <w:lang w:val="nl-NL"/>
              </w:rPr>
              <w:br/>
            </w:r>
          </w:p>
        </w:tc>
      </w:tr>
    </w:tbl>
    <w:p w14:paraId="314413D4" w14:textId="77777777" w:rsidR="00CC41ED" w:rsidRPr="00FE7A41" w:rsidRDefault="00000000" w:rsidP="00604CBD">
      <w:pPr>
        <w:pStyle w:val="Kop2"/>
        <w:rPr>
          <w:lang w:val="nl-NL"/>
        </w:rPr>
      </w:pPr>
      <w:r w:rsidRPr="00FE7A41">
        <w:rPr>
          <w:lang w:val="nl-NL"/>
        </w:rPr>
        <w:t>Handtekeningen</w:t>
      </w:r>
    </w:p>
    <w:tbl>
      <w:tblPr>
        <w:tblStyle w:val="Tabelraster"/>
        <w:tblW w:w="0" w:type="auto"/>
        <w:jc w:val="center"/>
        <w:tblLook w:val="04A0" w:firstRow="1" w:lastRow="0" w:firstColumn="1" w:lastColumn="0" w:noHBand="0" w:noVBand="1"/>
      </w:tblPr>
      <w:tblGrid>
        <w:gridCol w:w="4687"/>
        <w:gridCol w:w="4686"/>
      </w:tblGrid>
      <w:tr w:rsidR="00CC41ED" w:rsidRPr="00FE7A41" w14:paraId="70CFFC62" w14:textId="77777777">
        <w:trPr>
          <w:jc w:val="center"/>
        </w:trPr>
        <w:tc>
          <w:tcPr>
            <w:tcW w:w="4986" w:type="dxa"/>
          </w:tcPr>
          <w:p w14:paraId="1BB98628" w14:textId="77777777" w:rsidR="00CC41ED" w:rsidRPr="00FE7A41" w:rsidRDefault="00000000" w:rsidP="00604CBD">
            <w:pPr>
              <w:rPr>
                <w:lang w:val="nl-NL"/>
              </w:rPr>
            </w:pPr>
            <w:r w:rsidRPr="00FE7A41">
              <w:rPr>
                <w:lang w:val="nl-NL"/>
              </w:rPr>
              <w:t>Leerling</w:t>
            </w:r>
          </w:p>
        </w:tc>
        <w:tc>
          <w:tcPr>
            <w:tcW w:w="4986" w:type="dxa"/>
          </w:tcPr>
          <w:p w14:paraId="375C73B7" w14:textId="77777777" w:rsidR="00CC41ED" w:rsidRPr="00FE7A41" w:rsidRDefault="00000000" w:rsidP="00604CBD">
            <w:pPr>
              <w:rPr>
                <w:lang w:val="nl-NL"/>
              </w:rPr>
            </w:pPr>
            <w:r w:rsidRPr="00FE7A41">
              <w:rPr>
                <w:lang w:val="nl-NL"/>
              </w:rPr>
              <w:t>Ouder of verzorger</w:t>
            </w:r>
          </w:p>
        </w:tc>
      </w:tr>
      <w:tr w:rsidR="00CC41ED" w:rsidRPr="00FE7A41" w14:paraId="7DDCC073" w14:textId="77777777">
        <w:trPr>
          <w:jc w:val="center"/>
        </w:trPr>
        <w:tc>
          <w:tcPr>
            <w:tcW w:w="4986" w:type="dxa"/>
          </w:tcPr>
          <w:p w14:paraId="761231B0" w14:textId="77777777" w:rsidR="00CC41ED" w:rsidRPr="00FE7A41" w:rsidRDefault="00000000" w:rsidP="00604CBD">
            <w:pPr>
              <w:rPr>
                <w:lang w:val="nl-NL"/>
              </w:rPr>
            </w:pPr>
            <w:r w:rsidRPr="00FE7A41">
              <w:rPr>
                <w:lang w:val="nl-NL"/>
              </w:rPr>
              <w:t>Naam:</w:t>
            </w:r>
            <w:r w:rsidRPr="00FE7A41">
              <w:rPr>
                <w:lang w:val="nl-NL"/>
              </w:rPr>
              <w:br/>
            </w:r>
            <w:r w:rsidRPr="00FE7A41">
              <w:rPr>
                <w:lang w:val="nl-NL"/>
              </w:rPr>
              <w:br/>
              <w:t>Datum:</w:t>
            </w:r>
            <w:r w:rsidRPr="00FE7A41">
              <w:rPr>
                <w:lang w:val="nl-NL"/>
              </w:rPr>
              <w:br/>
            </w:r>
            <w:r w:rsidRPr="00FE7A41">
              <w:rPr>
                <w:lang w:val="nl-NL"/>
              </w:rPr>
              <w:br/>
              <w:t>Handtekening:</w:t>
            </w:r>
            <w:r w:rsidRPr="00FE7A41">
              <w:rPr>
                <w:lang w:val="nl-NL"/>
              </w:rPr>
              <w:br/>
            </w:r>
            <w:r w:rsidRPr="00FE7A41">
              <w:rPr>
                <w:lang w:val="nl-NL"/>
              </w:rPr>
              <w:br/>
            </w:r>
            <w:r w:rsidRPr="00FE7A41">
              <w:rPr>
                <w:lang w:val="nl-NL"/>
              </w:rPr>
              <w:br/>
            </w:r>
          </w:p>
        </w:tc>
        <w:tc>
          <w:tcPr>
            <w:tcW w:w="4986" w:type="dxa"/>
          </w:tcPr>
          <w:p w14:paraId="330910F8" w14:textId="77777777" w:rsidR="00CC41ED" w:rsidRPr="00FE7A41" w:rsidRDefault="00000000" w:rsidP="00604CBD">
            <w:pPr>
              <w:rPr>
                <w:lang w:val="nl-NL"/>
              </w:rPr>
            </w:pPr>
            <w:r w:rsidRPr="00FE7A41">
              <w:rPr>
                <w:lang w:val="nl-NL"/>
              </w:rPr>
              <w:t>Naam:</w:t>
            </w:r>
            <w:r w:rsidRPr="00FE7A41">
              <w:rPr>
                <w:lang w:val="nl-NL"/>
              </w:rPr>
              <w:br/>
            </w:r>
            <w:r w:rsidRPr="00FE7A41">
              <w:rPr>
                <w:lang w:val="nl-NL"/>
              </w:rPr>
              <w:br/>
              <w:t>Datum:</w:t>
            </w:r>
            <w:r w:rsidRPr="00FE7A41">
              <w:rPr>
                <w:lang w:val="nl-NL"/>
              </w:rPr>
              <w:br/>
            </w:r>
            <w:r w:rsidRPr="00FE7A41">
              <w:rPr>
                <w:lang w:val="nl-NL"/>
              </w:rPr>
              <w:br/>
              <w:t>Handtekening:</w:t>
            </w:r>
            <w:r w:rsidRPr="00FE7A41">
              <w:rPr>
                <w:lang w:val="nl-NL"/>
              </w:rPr>
              <w:br/>
            </w:r>
            <w:r w:rsidRPr="00FE7A41">
              <w:rPr>
                <w:lang w:val="nl-NL"/>
              </w:rPr>
              <w:br/>
            </w:r>
            <w:r w:rsidRPr="00FE7A41">
              <w:rPr>
                <w:lang w:val="nl-NL"/>
              </w:rPr>
              <w:br/>
            </w:r>
          </w:p>
        </w:tc>
      </w:tr>
    </w:tbl>
    <w:p w14:paraId="18CFEB20" w14:textId="77777777" w:rsidR="000059A7" w:rsidRPr="00FE7A41" w:rsidRDefault="000059A7" w:rsidP="00604CBD">
      <w:pPr>
        <w:rPr>
          <w:lang w:val="nl-NL"/>
        </w:rPr>
      </w:pPr>
    </w:p>
    <w:sectPr w:rsidR="000059A7" w:rsidRPr="00FE7A41" w:rsidSect="009D392D">
      <w:footerReference w:type="even" r:id="rId11"/>
      <w:footerReference w:type="default" r:id="rId12"/>
      <w:pgSz w:w="12219" w:h="15842"/>
      <w:pgMar w:top="1134" w:right="1418" w:bottom="1418"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277FDD4" w14:textId="77777777" w:rsidR="006B0D8D" w:rsidRDefault="006B0D8D" w:rsidP="00A842AB">
      <w:pPr>
        <w:spacing w:after="0" w:line="240" w:lineRule="auto"/>
      </w:pPr>
      <w:r>
        <w:separator/>
      </w:r>
    </w:p>
  </w:endnote>
  <w:endnote w:type="continuationSeparator" w:id="0">
    <w:p w14:paraId="6D88EB45" w14:textId="77777777" w:rsidR="006B0D8D" w:rsidRDefault="006B0D8D" w:rsidP="00A842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Courier">
    <w:panose1 w:val="02070309020205020404"/>
    <w:charset w:val="00"/>
    <w:family w:val="modern"/>
    <w:pitch w:val="fixed"/>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inanummer"/>
      </w:rPr>
      <w:id w:val="376135697"/>
      <w:docPartObj>
        <w:docPartGallery w:val="Page Numbers (Bottom of Page)"/>
        <w:docPartUnique/>
      </w:docPartObj>
    </w:sdtPr>
    <w:sdtContent>
      <w:p w14:paraId="5E19DC1A" w14:textId="0D3D7ECB" w:rsidR="00A842AB" w:rsidRDefault="00A842AB" w:rsidP="00934B2A">
        <w:pPr>
          <w:pStyle w:val="Voettekst"/>
          <w:framePr w:wrap="none" w:vAnchor="text" w:hAnchor="margin" w:xAlign="center" w:y="1"/>
          <w:rPr>
            <w:rStyle w:val="Paginanummer"/>
          </w:rPr>
        </w:pPr>
        <w:r>
          <w:rPr>
            <w:rStyle w:val="Paginanummer"/>
          </w:rPr>
          <w:fldChar w:fldCharType="begin"/>
        </w:r>
        <w:r>
          <w:rPr>
            <w:rStyle w:val="Paginanummer"/>
          </w:rPr>
          <w:instrText xml:space="preserve"> PAGE </w:instrText>
        </w:r>
        <w:r>
          <w:rPr>
            <w:rStyle w:val="Paginanummer"/>
          </w:rPr>
          <w:fldChar w:fldCharType="separate"/>
        </w:r>
        <w:r>
          <w:rPr>
            <w:rStyle w:val="Paginanummer"/>
          </w:rPr>
          <w:fldChar w:fldCharType="end"/>
        </w:r>
      </w:p>
    </w:sdtContent>
  </w:sdt>
  <w:p w14:paraId="0C1B6F15" w14:textId="77777777" w:rsidR="00A842AB" w:rsidRDefault="00A842AB">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inanummer"/>
      </w:rPr>
      <w:id w:val="436796486"/>
      <w:docPartObj>
        <w:docPartGallery w:val="Page Numbers (Bottom of Page)"/>
        <w:docPartUnique/>
      </w:docPartObj>
    </w:sdtPr>
    <w:sdtContent>
      <w:p w14:paraId="62374C72" w14:textId="3BDA2FAC" w:rsidR="00A842AB" w:rsidRDefault="00A842AB" w:rsidP="00934B2A">
        <w:pPr>
          <w:pStyle w:val="Voettekst"/>
          <w:framePr w:wrap="none" w:vAnchor="text" w:hAnchor="margin" w:xAlign="center" w:y="1"/>
          <w:rPr>
            <w:rStyle w:val="Paginanummer"/>
          </w:rPr>
        </w:pPr>
        <w:r>
          <w:rPr>
            <w:rStyle w:val="Paginanummer"/>
          </w:rPr>
          <w:fldChar w:fldCharType="begin"/>
        </w:r>
        <w:r>
          <w:rPr>
            <w:rStyle w:val="Paginanummer"/>
          </w:rPr>
          <w:instrText xml:space="preserve"> PAGE </w:instrText>
        </w:r>
        <w:r>
          <w:rPr>
            <w:rStyle w:val="Paginanummer"/>
          </w:rPr>
          <w:fldChar w:fldCharType="separate"/>
        </w:r>
        <w:r>
          <w:rPr>
            <w:rStyle w:val="Paginanummer"/>
            <w:noProof/>
          </w:rPr>
          <w:t>3</w:t>
        </w:r>
        <w:r>
          <w:rPr>
            <w:rStyle w:val="Paginanummer"/>
          </w:rPr>
          <w:fldChar w:fldCharType="end"/>
        </w:r>
      </w:p>
    </w:sdtContent>
  </w:sdt>
  <w:p w14:paraId="5F408590" w14:textId="77777777" w:rsidR="00A842AB" w:rsidRDefault="00A842AB">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1AC73DC" w14:textId="77777777" w:rsidR="006B0D8D" w:rsidRDefault="006B0D8D" w:rsidP="00A842AB">
      <w:pPr>
        <w:spacing w:after="0" w:line="240" w:lineRule="auto"/>
      </w:pPr>
      <w:r>
        <w:separator/>
      </w:r>
    </w:p>
  </w:footnote>
  <w:footnote w:type="continuationSeparator" w:id="0">
    <w:p w14:paraId="2E7F9A75" w14:textId="77777777" w:rsidR="006B0D8D" w:rsidRDefault="006B0D8D" w:rsidP="00A842A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jstnummering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jstnummering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jstopsomteken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jstopsomteken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jstnummering"/>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jstopsomteken"/>
      <w:lvlText w:val=""/>
      <w:lvlJc w:val="left"/>
      <w:pPr>
        <w:tabs>
          <w:tab w:val="num" w:pos="360"/>
        </w:tabs>
        <w:ind w:left="360" w:hanging="360"/>
      </w:pPr>
      <w:rPr>
        <w:rFonts w:ascii="Symbol" w:hAnsi="Symbol" w:hint="default"/>
      </w:rPr>
    </w:lvl>
  </w:abstractNum>
  <w:abstractNum w:abstractNumId="9" w15:restartNumberingAfterBreak="0">
    <w:nsid w:val="30E63133"/>
    <w:multiLevelType w:val="hybridMultilevel"/>
    <w:tmpl w:val="396434F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121268169">
    <w:abstractNumId w:val="8"/>
  </w:num>
  <w:num w:numId="2" w16cid:durableId="1457485118">
    <w:abstractNumId w:val="6"/>
  </w:num>
  <w:num w:numId="3" w16cid:durableId="2036929731">
    <w:abstractNumId w:val="5"/>
  </w:num>
  <w:num w:numId="4" w16cid:durableId="1780178344">
    <w:abstractNumId w:val="4"/>
  </w:num>
  <w:num w:numId="5" w16cid:durableId="704990095">
    <w:abstractNumId w:val="7"/>
  </w:num>
  <w:num w:numId="6" w16cid:durableId="1979846473">
    <w:abstractNumId w:val="3"/>
  </w:num>
  <w:num w:numId="7" w16cid:durableId="1594585450">
    <w:abstractNumId w:val="2"/>
  </w:num>
  <w:num w:numId="8" w16cid:durableId="2078434710">
    <w:abstractNumId w:val="1"/>
  </w:num>
  <w:num w:numId="9" w16cid:durableId="364333948">
    <w:abstractNumId w:val="0"/>
  </w:num>
  <w:num w:numId="10" w16cid:durableId="1486553508">
    <w:abstractNumId w:val="9"/>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59A7"/>
    <w:rsid w:val="00034616"/>
    <w:rsid w:val="0006063C"/>
    <w:rsid w:val="00105E26"/>
    <w:rsid w:val="0015074B"/>
    <w:rsid w:val="00277F4F"/>
    <w:rsid w:val="0029639D"/>
    <w:rsid w:val="00326F90"/>
    <w:rsid w:val="00384B4B"/>
    <w:rsid w:val="003D5069"/>
    <w:rsid w:val="00604CBD"/>
    <w:rsid w:val="006B0D8D"/>
    <w:rsid w:val="006D69DF"/>
    <w:rsid w:val="007535C2"/>
    <w:rsid w:val="00830524"/>
    <w:rsid w:val="008A2F82"/>
    <w:rsid w:val="008D76F3"/>
    <w:rsid w:val="00981D4F"/>
    <w:rsid w:val="009D392D"/>
    <w:rsid w:val="00A842AB"/>
    <w:rsid w:val="00AA1D8D"/>
    <w:rsid w:val="00AF7BDC"/>
    <w:rsid w:val="00B47730"/>
    <w:rsid w:val="00B74CD1"/>
    <w:rsid w:val="00C70C94"/>
    <w:rsid w:val="00CB0664"/>
    <w:rsid w:val="00CC41ED"/>
    <w:rsid w:val="00CE7F0D"/>
    <w:rsid w:val="00DB4515"/>
    <w:rsid w:val="00E320A8"/>
    <w:rsid w:val="00E4382D"/>
    <w:rsid w:val="00FC693F"/>
    <w:rsid w:val="00FE7A41"/>
    <w:rsid w:val="18AE05C2"/>
    <w:rsid w:val="49EE940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205B998"/>
  <w14:defaultImageDpi w14:val="300"/>
  <w15:docId w15:val="{D7A3B31F-6665-BE4D-9479-D69997D210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604CBD"/>
    <w:pPr>
      <w:spacing w:after="100" w:line="259" w:lineRule="auto"/>
    </w:pPr>
    <w:rPr>
      <w:rFonts w:ascii="Aptos" w:eastAsia="Arial" w:hAnsi="Aptos"/>
      <w:sz w:val="21"/>
    </w:rPr>
  </w:style>
  <w:style w:type="paragraph" w:styleId="Kop1">
    <w:name w:val="heading 1"/>
    <w:basedOn w:val="Standaard"/>
    <w:next w:val="Standaard"/>
    <w:link w:val="Kop1Char"/>
    <w:uiPriority w:val="9"/>
    <w:qFormat/>
    <w:rsid w:val="00604CBD"/>
    <w:pPr>
      <w:keepNext/>
      <w:keepLines/>
      <w:spacing w:before="160" w:after="60"/>
      <w:outlineLvl w:val="0"/>
    </w:pPr>
    <w:rPr>
      <w:rFonts w:eastAsiaTheme="majorEastAsia" w:cstheme="majorBidi"/>
      <w:b/>
      <w:bCs/>
      <w:color w:val="000000" w:themeColor="text1"/>
      <w:sz w:val="26"/>
      <w:szCs w:val="28"/>
    </w:rPr>
  </w:style>
  <w:style w:type="paragraph" w:styleId="Kop2">
    <w:name w:val="heading 2"/>
    <w:basedOn w:val="Standaard"/>
    <w:next w:val="Standaard"/>
    <w:link w:val="Kop2Char"/>
    <w:uiPriority w:val="9"/>
    <w:unhideWhenUsed/>
    <w:qFormat/>
    <w:rsid w:val="00604CBD"/>
    <w:pPr>
      <w:keepNext/>
      <w:keepLines/>
      <w:spacing w:before="160" w:after="60"/>
      <w:outlineLvl w:val="1"/>
    </w:pPr>
    <w:rPr>
      <w:rFonts w:asciiTheme="majorHAnsi" w:eastAsiaTheme="majorEastAsia" w:hAnsiTheme="majorHAnsi" w:cstheme="majorBidi"/>
      <w:b/>
      <w:bCs/>
      <w:color w:val="000000" w:themeColor="text1"/>
      <w:sz w:val="23"/>
      <w:szCs w:val="26"/>
    </w:rPr>
  </w:style>
  <w:style w:type="paragraph" w:styleId="Kop3">
    <w:name w:val="heading 3"/>
    <w:basedOn w:val="Standaard"/>
    <w:next w:val="Standaard"/>
    <w:link w:val="Kop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Kop4">
    <w:name w:val="heading 4"/>
    <w:basedOn w:val="Standaard"/>
    <w:next w:val="Standaard"/>
    <w:link w:val="Kop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Kop5">
    <w:name w:val="heading 5"/>
    <w:basedOn w:val="Standaard"/>
    <w:next w:val="Standaard"/>
    <w:link w:val="Kop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Kop6">
    <w:name w:val="heading 6"/>
    <w:basedOn w:val="Standaard"/>
    <w:next w:val="Standaard"/>
    <w:link w:val="Kop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Kop7">
    <w:name w:val="heading 7"/>
    <w:basedOn w:val="Standaard"/>
    <w:next w:val="Standaard"/>
    <w:link w:val="Kop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Kop8">
    <w:name w:val="heading 8"/>
    <w:basedOn w:val="Standaard"/>
    <w:next w:val="Standaard"/>
    <w:link w:val="Kop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Kop9">
    <w:name w:val="heading 9"/>
    <w:basedOn w:val="Standaard"/>
    <w:next w:val="Standaard"/>
    <w:link w:val="Kop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E618BF"/>
    <w:pPr>
      <w:tabs>
        <w:tab w:val="center" w:pos="4680"/>
        <w:tab w:val="right" w:pos="9360"/>
      </w:tabs>
      <w:spacing w:after="0" w:line="240" w:lineRule="auto"/>
    </w:pPr>
  </w:style>
  <w:style w:type="character" w:customStyle="1" w:styleId="KoptekstChar">
    <w:name w:val="Koptekst Char"/>
    <w:basedOn w:val="Standaardalinea-lettertype"/>
    <w:link w:val="Koptekst"/>
    <w:uiPriority w:val="99"/>
    <w:rsid w:val="00E618BF"/>
  </w:style>
  <w:style w:type="paragraph" w:styleId="Voettekst">
    <w:name w:val="footer"/>
    <w:basedOn w:val="Standaard"/>
    <w:link w:val="VoettekstChar"/>
    <w:uiPriority w:val="99"/>
    <w:unhideWhenUsed/>
    <w:rsid w:val="00E618BF"/>
    <w:pPr>
      <w:tabs>
        <w:tab w:val="center" w:pos="4680"/>
        <w:tab w:val="right" w:pos="9360"/>
      </w:tabs>
      <w:spacing w:after="0" w:line="240" w:lineRule="auto"/>
    </w:pPr>
  </w:style>
  <w:style w:type="character" w:customStyle="1" w:styleId="VoettekstChar">
    <w:name w:val="Voettekst Char"/>
    <w:basedOn w:val="Standaardalinea-lettertype"/>
    <w:link w:val="Voettekst"/>
    <w:uiPriority w:val="99"/>
    <w:rsid w:val="00E618BF"/>
  </w:style>
  <w:style w:type="paragraph" w:styleId="Geenafstand">
    <w:name w:val="No Spacing"/>
    <w:uiPriority w:val="1"/>
    <w:qFormat/>
    <w:rsid w:val="00FC693F"/>
    <w:pPr>
      <w:spacing w:after="0" w:line="240" w:lineRule="auto"/>
    </w:pPr>
  </w:style>
  <w:style w:type="character" w:customStyle="1" w:styleId="Kop1Char">
    <w:name w:val="Kop 1 Char"/>
    <w:basedOn w:val="Standaardalinea-lettertype"/>
    <w:link w:val="Kop1"/>
    <w:uiPriority w:val="9"/>
    <w:rsid w:val="00604CBD"/>
    <w:rPr>
      <w:rFonts w:ascii="Aptos" w:eastAsiaTheme="majorEastAsia" w:hAnsi="Aptos" w:cstheme="majorBidi"/>
      <w:b/>
      <w:bCs/>
      <w:color w:val="000000" w:themeColor="text1"/>
      <w:sz w:val="26"/>
      <w:szCs w:val="28"/>
    </w:rPr>
  </w:style>
  <w:style w:type="character" w:customStyle="1" w:styleId="Kop2Char">
    <w:name w:val="Kop 2 Char"/>
    <w:basedOn w:val="Standaardalinea-lettertype"/>
    <w:link w:val="Kop2"/>
    <w:uiPriority w:val="9"/>
    <w:rsid w:val="00604CBD"/>
    <w:rPr>
      <w:rFonts w:asciiTheme="majorHAnsi" w:eastAsiaTheme="majorEastAsia" w:hAnsiTheme="majorHAnsi" w:cstheme="majorBidi"/>
      <w:b/>
      <w:bCs/>
      <w:color w:val="000000" w:themeColor="text1"/>
      <w:sz w:val="23"/>
      <w:szCs w:val="26"/>
    </w:rPr>
  </w:style>
  <w:style w:type="character" w:customStyle="1" w:styleId="Kop3Char">
    <w:name w:val="Kop 3 Char"/>
    <w:basedOn w:val="Standaardalinea-lettertype"/>
    <w:link w:val="Kop3"/>
    <w:uiPriority w:val="9"/>
    <w:rsid w:val="00FC693F"/>
    <w:rPr>
      <w:rFonts w:asciiTheme="majorHAnsi" w:eastAsiaTheme="majorEastAsia" w:hAnsiTheme="majorHAnsi" w:cstheme="majorBidi"/>
      <w:b/>
      <w:bCs/>
      <w:color w:val="4F81BD" w:themeColor="accent1"/>
    </w:rPr>
  </w:style>
  <w:style w:type="paragraph" w:styleId="Titel">
    <w:name w:val="Title"/>
    <w:basedOn w:val="Standaard"/>
    <w:next w:val="Standaard"/>
    <w:link w:val="Titel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17365D" w:themeColor="text2" w:themeShade="BF"/>
      <w:spacing w:val="5"/>
      <w:kern w:val="28"/>
      <w:sz w:val="34"/>
      <w:szCs w:val="52"/>
    </w:rPr>
  </w:style>
  <w:style w:type="character" w:customStyle="1" w:styleId="TitelChar">
    <w:name w:val="Titel Char"/>
    <w:basedOn w:val="Standaardalinea-lettertype"/>
    <w:link w:val="Tite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Ondertitel">
    <w:name w:val="Subtitle"/>
    <w:basedOn w:val="Standaard"/>
    <w:next w:val="Standaard"/>
    <w:link w:val="Ondertitel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OndertitelChar">
    <w:name w:val="Ondertitel Char"/>
    <w:basedOn w:val="Standaardalinea-lettertype"/>
    <w:link w:val="Ondertitel"/>
    <w:uiPriority w:val="11"/>
    <w:rsid w:val="00FC693F"/>
    <w:rPr>
      <w:rFonts w:asciiTheme="majorHAnsi" w:eastAsiaTheme="majorEastAsia" w:hAnsiTheme="majorHAnsi" w:cstheme="majorBidi"/>
      <w:i/>
      <w:iCs/>
      <w:color w:val="4F81BD" w:themeColor="accent1"/>
      <w:spacing w:val="15"/>
      <w:sz w:val="24"/>
      <w:szCs w:val="24"/>
    </w:rPr>
  </w:style>
  <w:style w:type="paragraph" w:styleId="Lijstalinea">
    <w:name w:val="List Paragraph"/>
    <w:basedOn w:val="Standaard"/>
    <w:uiPriority w:val="34"/>
    <w:qFormat/>
    <w:rsid w:val="00FC693F"/>
    <w:pPr>
      <w:ind w:left="720"/>
      <w:contextualSpacing/>
    </w:pPr>
  </w:style>
  <w:style w:type="paragraph" w:styleId="Plattetekst">
    <w:name w:val="Body Text"/>
    <w:basedOn w:val="Standaard"/>
    <w:link w:val="PlattetekstChar"/>
    <w:uiPriority w:val="99"/>
    <w:unhideWhenUsed/>
    <w:rsid w:val="00AA1D8D"/>
    <w:pPr>
      <w:spacing w:after="120"/>
    </w:pPr>
  </w:style>
  <w:style w:type="character" w:customStyle="1" w:styleId="PlattetekstChar">
    <w:name w:val="Platte tekst Char"/>
    <w:basedOn w:val="Standaardalinea-lettertype"/>
    <w:link w:val="Plattetekst"/>
    <w:uiPriority w:val="99"/>
    <w:rsid w:val="00AA1D8D"/>
  </w:style>
  <w:style w:type="paragraph" w:styleId="Plattetekst2">
    <w:name w:val="Body Text 2"/>
    <w:basedOn w:val="Standaard"/>
    <w:link w:val="Plattetekst2Char"/>
    <w:uiPriority w:val="99"/>
    <w:unhideWhenUsed/>
    <w:rsid w:val="00AA1D8D"/>
    <w:pPr>
      <w:spacing w:after="120" w:line="480" w:lineRule="auto"/>
    </w:pPr>
  </w:style>
  <w:style w:type="character" w:customStyle="1" w:styleId="Plattetekst2Char">
    <w:name w:val="Platte tekst 2 Char"/>
    <w:basedOn w:val="Standaardalinea-lettertype"/>
    <w:link w:val="Plattetekst2"/>
    <w:uiPriority w:val="99"/>
    <w:rsid w:val="00AA1D8D"/>
  </w:style>
  <w:style w:type="paragraph" w:styleId="Plattetekst3">
    <w:name w:val="Body Text 3"/>
    <w:basedOn w:val="Standaard"/>
    <w:link w:val="Plattetekst3Char"/>
    <w:uiPriority w:val="99"/>
    <w:unhideWhenUsed/>
    <w:rsid w:val="00AA1D8D"/>
    <w:pPr>
      <w:spacing w:after="120"/>
    </w:pPr>
    <w:rPr>
      <w:sz w:val="16"/>
      <w:szCs w:val="16"/>
    </w:rPr>
  </w:style>
  <w:style w:type="character" w:customStyle="1" w:styleId="Plattetekst3Char">
    <w:name w:val="Platte tekst 3 Char"/>
    <w:basedOn w:val="Standaardalinea-lettertype"/>
    <w:link w:val="Plattetekst3"/>
    <w:uiPriority w:val="99"/>
    <w:rsid w:val="00AA1D8D"/>
    <w:rPr>
      <w:sz w:val="16"/>
      <w:szCs w:val="16"/>
    </w:rPr>
  </w:style>
  <w:style w:type="paragraph" w:styleId="Lijst">
    <w:name w:val="List"/>
    <w:basedOn w:val="Standaard"/>
    <w:uiPriority w:val="99"/>
    <w:unhideWhenUsed/>
    <w:rsid w:val="00AA1D8D"/>
    <w:pPr>
      <w:ind w:left="360" w:hanging="360"/>
      <w:contextualSpacing/>
    </w:pPr>
  </w:style>
  <w:style w:type="paragraph" w:styleId="Lijst2">
    <w:name w:val="List 2"/>
    <w:basedOn w:val="Standaard"/>
    <w:uiPriority w:val="99"/>
    <w:unhideWhenUsed/>
    <w:rsid w:val="00326F90"/>
    <w:pPr>
      <w:ind w:left="720" w:hanging="360"/>
      <w:contextualSpacing/>
    </w:pPr>
  </w:style>
  <w:style w:type="paragraph" w:styleId="Lijst3">
    <w:name w:val="List 3"/>
    <w:basedOn w:val="Standaard"/>
    <w:uiPriority w:val="99"/>
    <w:unhideWhenUsed/>
    <w:rsid w:val="00326F90"/>
    <w:pPr>
      <w:ind w:left="1080" w:hanging="360"/>
      <w:contextualSpacing/>
    </w:pPr>
  </w:style>
  <w:style w:type="paragraph" w:styleId="Lijstopsomteken">
    <w:name w:val="List Bullet"/>
    <w:basedOn w:val="Standaard"/>
    <w:uiPriority w:val="99"/>
    <w:unhideWhenUsed/>
    <w:rsid w:val="00326F90"/>
    <w:pPr>
      <w:numPr>
        <w:numId w:val="1"/>
      </w:numPr>
      <w:contextualSpacing/>
    </w:pPr>
    <w:rPr>
      <w:rFonts w:ascii="Arial" w:hAnsi="Arial"/>
    </w:rPr>
  </w:style>
  <w:style w:type="paragraph" w:styleId="Lijstopsomteken2">
    <w:name w:val="List Bullet 2"/>
    <w:basedOn w:val="Standaard"/>
    <w:uiPriority w:val="99"/>
    <w:unhideWhenUsed/>
    <w:rsid w:val="00326F90"/>
    <w:pPr>
      <w:numPr>
        <w:numId w:val="2"/>
      </w:numPr>
      <w:contextualSpacing/>
    </w:pPr>
  </w:style>
  <w:style w:type="paragraph" w:styleId="Lijstopsomteken3">
    <w:name w:val="List Bullet 3"/>
    <w:basedOn w:val="Standaard"/>
    <w:uiPriority w:val="99"/>
    <w:unhideWhenUsed/>
    <w:rsid w:val="00326F90"/>
    <w:pPr>
      <w:numPr>
        <w:numId w:val="3"/>
      </w:numPr>
      <w:contextualSpacing/>
    </w:pPr>
  </w:style>
  <w:style w:type="paragraph" w:styleId="Lijstnummering">
    <w:name w:val="List Number"/>
    <w:basedOn w:val="Standaard"/>
    <w:uiPriority w:val="99"/>
    <w:unhideWhenUsed/>
    <w:rsid w:val="00326F90"/>
    <w:pPr>
      <w:numPr>
        <w:numId w:val="5"/>
      </w:numPr>
      <w:contextualSpacing/>
    </w:pPr>
  </w:style>
  <w:style w:type="paragraph" w:styleId="Lijstnummering2">
    <w:name w:val="List Number 2"/>
    <w:basedOn w:val="Standaard"/>
    <w:uiPriority w:val="99"/>
    <w:unhideWhenUsed/>
    <w:rsid w:val="0029639D"/>
    <w:pPr>
      <w:numPr>
        <w:numId w:val="6"/>
      </w:numPr>
      <w:contextualSpacing/>
    </w:pPr>
  </w:style>
  <w:style w:type="paragraph" w:styleId="Lijstnummering3">
    <w:name w:val="List Number 3"/>
    <w:basedOn w:val="Standaard"/>
    <w:uiPriority w:val="99"/>
    <w:unhideWhenUsed/>
    <w:rsid w:val="0029639D"/>
    <w:pPr>
      <w:numPr>
        <w:numId w:val="7"/>
      </w:numPr>
      <w:contextualSpacing/>
    </w:pPr>
  </w:style>
  <w:style w:type="paragraph" w:styleId="Lijstvoortzetting">
    <w:name w:val="List Continue"/>
    <w:basedOn w:val="Standaard"/>
    <w:uiPriority w:val="99"/>
    <w:unhideWhenUsed/>
    <w:rsid w:val="0029639D"/>
    <w:pPr>
      <w:spacing w:after="120"/>
      <w:ind w:left="360"/>
      <w:contextualSpacing/>
    </w:pPr>
  </w:style>
  <w:style w:type="paragraph" w:styleId="Lijstvoortzetting2">
    <w:name w:val="List Continue 2"/>
    <w:basedOn w:val="Standaard"/>
    <w:uiPriority w:val="99"/>
    <w:unhideWhenUsed/>
    <w:rsid w:val="0029639D"/>
    <w:pPr>
      <w:spacing w:after="120"/>
      <w:ind w:left="720"/>
      <w:contextualSpacing/>
    </w:pPr>
  </w:style>
  <w:style w:type="paragraph" w:styleId="Lijstvoortzetting3">
    <w:name w:val="List Continue 3"/>
    <w:basedOn w:val="Standaard"/>
    <w:uiPriority w:val="99"/>
    <w:unhideWhenUsed/>
    <w:rsid w:val="0029639D"/>
    <w:pPr>
      <w:spacing w:after="120"/>
      <w:ind w:left="1080"/>
      <w:contextualSpacing/>
    </w:pPr>
  </w:style>
  <w:style w:type="paragraph" w:styleId="Macrotekst">
    <w:name w:val="macro"/>
    <w:link w:val="Macroteks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kstChar">
    <w:name w:val="Macrotekst Char"/>
    <w:basedOn w:val="Standaardalinea-lettertype"/>
    <w:link w:val="Macrotekst"/>
    <w:uiPriority w:val="99"/>
    <w:rsid w:val="0029639D"/>
    <w:rPr>
      <w:rFonts w:ascii="Courier" w:hAnsi="Courier"/>
      <w:sz w:val="20"/>
      <w:szCs w:val="20"/>
    </w:rPr>
  </w:style>
  <w:style w:type="paragraph" w:styleId="Citaat">
    <w:name w:val="Quote"/>
    <w:basedOn w:val="Standaard"/>
    <w:next w:val="Standaard"/>
    <w:link w:val="CitaatChar"/>
    <w:uiPriority w:val="29"/>
    <w:qFormat/>
    <w:rsid w:val="00FC693F"/>
    <w:rPr>
      <w:i/>
      <w:iCs/>
      <w:color w:val="000000" w:themeColor="text1"/>
    </w:rPr>
  </w:style>
  <w:style w:type="character" w:customStyle="1" w:styleId="CitaatChar">
    <w:name w:val="Citaat Char"/>
    <w:basedOn w:val="Standaardalinea-lettertype"/>
    <w:link w:val="Citaat"/>
    <w:uiPriority w:val="29"/>
    <w:rsid w:val="00FC693F"/>
    <w:rPr>
      <w:i/>
      <w:iCs/>
      <w:color w:val="000000" w:themeColor="text1"/>
    </w:rPr>
  </w:style>
  <w:style w:type="character" w:customStyle="1" w:styleId="Kop4Char">
    <w:name w:val="Kop 4 Char"/>
    <w:basedOn w:val="Standaardalinea-lettertype"/>
    <w:link w:val="Kop4"/>
    <w:uiPriority w:val="9"/>
    <w:semiHidden/>
    <w:rsid w:val="00FC693F"/>
    <w:rPr>
      <w:rFonts w:asciiTheme="majorHAnsi" w:eastAsiaTheme="majorEastAsia" w:hAnsiTheme="majorHAnsi" w:cstheme="majorBidi"/>
      <w:b/>
      <w:bCs/>
      <w:i/>
      <w:iCs/>
      <w:color w:val="4F81BD" w:themeColor="accent1"/>
    </w:rPr>
  </w:style>
  <w:style w:type="character" w:customStyle="1" w:styleId="Kop5Char">
    <w:name w:val="Kop 5 Char"/>
    <w:basedOn w:val="Standaardalinea-lettertype"/>
    <w:link w:val="Kop5"/>
    <w:uiPriority w:val="9"/>
    <w:semiHidden/>
    <w:rsid w:val="00FC693F"/>
    <w:rPr>
      <w:rFonts w:asciiTheme="majorHAnsi" w:eastAsiaTheme="majorEastAsia" w:hAnsiTheme="majorHAnsi" w:cstheme="majorBidi"/>
      <w:color w:val="243F60" w:themeColor="accent1" w:themeShade="7F"/>
    </w:rPr>
  </w:style>
  <w:style w:type="character" w:customStyle="1" w:styleId="Kop6Char">
    <w:name w:val="Kop 6 Char"/>
    <w:basedOn w:val="Standaardalinea-lettertype"/>
    <w:link w:val="Kop6"/>
    <w:uiPriority w:val="9"/>
    <w:semiHidden/>
    <w:rsid w:val="00FC693F"/>
    <w:rPr>
      <w:rFonts w:asciiTheme="majorHAnsi" w:eastAsiaTheme="majorEastAsia" w:hAnsiTheme="majorHAnsi" w:cstheme="majorBidi"/>
      <w:i/>
      <w:iCs/>
      <w:color w:val="243F60" w:themeColor="accent1" w:themeShade="7F"/>
    </w:rPr>
  </w:style>
  <w:style w:type="character" w:customStyle="1" w:styleId="Kop7Char">
    <w:name w:val="Kop 7 Char"/>
    <w:basedOn w:val="Standaardalinea-lettertype"/>
    <w:link w:val="Kop7"/>
    <w:uiPriority w:val="9"/>
    <w:semiHidden/>
    <w:rsid w:val="00FC693F"/>
    <w:rPr>
      <w:rFonts w:asciiTheme="majorHAnsi" w:eastAsiaTheme="majorEastAsia" w:hAnsiTheme="majorHAnsi" w:cstheme="majorBidi"/>
      <w:i/>
      <w:iCs/>
      <w:color w:val="404040" w:themeColor="text1" w:themeTint="BF"/>
    </w:rPr>
  </w:style>
  <w:style w:type="character" w:customStyle="1" w:styleId="Kop8Char">
    <w:name w:val="Kop 8 Char"/>
    <w:basedOn w:val="Standaardalinea-lettertype"/>
    <w:link w:val="Kop8"/>
    <w:uiPriority w:val="9"/>
    <w:semiHidden/>
    <w:rsid w:val="00FC693F"/>
    <w:rPr>
      <w:rFonts w:asciiTheme="majorHAnsi" w:eastAsiaTheme="majorEastAsia" w:hAnsiTheme="majorHAnsi" w:cstheme="majorBidi"/>
      <w:color w:val="4F81BD" w:themeColor="accent1"/>
      <w:sz w:val="20"/>
      <w:szCs w:val="20"/>
    </w:rPr>
  </w:style>
  <w:style w:type="character" w:customStyle="1" w:styleId="Kop9Char">
    <w:name w:val="Kop 9 Char"/>
    <w:basedOn w:val="Standaardalinea-lettertype"/>
    <w:link w:val="Kop9"/>
    <w:uiPriority w:val="9"/>
    <w:semiHidden/>
    <w:rsid w:val="00FC693F"/>
    <w:rPr>
      <w:rFonts w:asciiTheme="majorHAnsi" w:eastAsiaTheme="majorEastAsia" w:hAnsiTheme="majorHAnsi" w:cstheme="majorBidi"/>
      <w:i/>
      <w:iCs/>
      <w:color w:val="404040" w:themeColor="text1" w:themeTint="BF"/>
      <w:sz w:val="20"/>
      <w:szCs w:val="20"/>
    </w:rPr>
  </w:style>
  <w:style w:type="paragraph" w:styleId="Bijschrift">
    <w:name w:val="caption"/>
    <w:basedOn w:val="Standaard"/>
    <w:next w:val="Standaard"/>
    <w:uiPriority w:val="35"/>
    <w:semiHidden/>
    <w:unhideWhenUsed/>
    <w:qFormat/>
    <w:rsid w:val="00FC693F"/>
    <w:pPr>
      <w:spacing w:line="240" w:lineRule="auto"/>
    </w:pPr>
    <w:rPr>
      <w:b/>
      <w:bCs/>
      <w:color w:val="4F81BD" w:themeColor="accent1"/>
      <w:sz w:val="18"/>
      <w:szCs w:val="18"/>
    </w:rPr>
  </w:style>
  <w:style w:type="character" w:styleId="Zwaar">
    <w:name w:val="Strong"/>
    <w:basedOn w:val="Standaardalinea-lettertype"/>
    <w:uiPriority w:val="22"/>
    <w:qFormat/>
    <w:rsid w:val="00FC693F"/>
    <w:rPr>
      <w:b/>
      <w:bCs/>
    </w:rPr>
  </w:style>
  <w:style w:type="character" w:styleId="Nadruk">
    <w:name w:val="Emphasis"/>
    <w:basedOn w:val="Standaardalinea-lettertype"/>
    <w:uiPriority w:val="20"/>
    <w:qFormat/>
    <w:rsid w:val="00FC693F"/>
    <w:rPr>
      <w:i/>
      <w:iCs/>
    </w:rPr>
  </w:style>
  <w:style w:type="paragraph" w:styleId="Duidelijkcitaat">
    <w:name w:val="Intense Quote"/>
    <w:basedOn w:val="Standaard"/>
    <w:next w:val="Standaard"/>
    <w:link w:val="Duidelijkcitaa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DuidelijkcitaatChar">
    <w:name w:val="Duidelijk citaat Char"/>
    <w:basedOn w:val="Standaardalinea-lettertype"/>
    <w:link w:val="Duidelijkcitaat"/>
    <w:uiPriority w:val="30"/>
    <w:rsid w:val="00FC693F"/>
    <w:rPr>
      <w:b/>
      <w:bCs/>
      <w:i/>
      <w:iCs/>
      <w:color w:val="4F81BD" w:themeColor="accent1"/>
    </w:rPr>
  </w:style>
  <w:style w:type="character" w:styleId="Subtielebenadrukking">
    <w:name w:val="Subtle Emphasis"/>
    <w:basedOn w:val="Standaardalinea-lettertype"/>
    <w:uiPriority w:val="19"/>
    <w:qFormat/>
    <w:rsid w:val="00FC693F"/>
    <w:rPr>
      <w:i/>
      <w:iCs/>
      <w:color w:val="808080" w:themeColor="text1" w:themeTint="7F"/>
    </w:rPr>
  </w:style>
  <w:style w:type="character" w:styleId="Intensievebenadrukking">
    <w:name w:val="Intense Emphasis"/>
    <w:basedOn w:val="Standaardalinea-lettertype"/>
    <w:uiPriority w:val="21"/>
    <w:qFormat/>
    <w:rsid w:val="00FC693F"/>
    <w:rPr>
      <w:b/>
      <w:bCs/>
      <w:i/>
      <w:iCs/>
      <w:color w:val="4F81BD" w:themeColor="accent1"/>
    </w:rPr>
  </w:style>
  <w:style w:type="character" w:styleId="Subtieleverwijzing">
    <w:name w:val="Subtle Reference"/>
    <w:basedOn w:val="Standaardalinea-lettertype"/>
    <w:uiPriority w:val="31"/>
    <w:qFormat/>
    <w:rsid w:val="00FC693F"/>
    <w:rPr>
      <w:smallCaps/>
      <w:color w:val="C0504D" w:themeColor="accent2"/>
      <w:u w:val="single"/>
    </w:rPr>
  </w:style>
  <w:style w:type="character" w:styleId="Intensieveverwijzing">
    <w:name w:val="Intense Reference"/>
    <w:basedOn w:val="Standaardalinea-lettertype"/>
    <w:uiPriority w:val="32"/>
    <w:qFormat/>
    <w:rsid w:val="00FC693F"/>
    <w:rPr>
      <w:b/>
      <w:bCs/>
      <w:smallCaps/>
      <w:color w:val="C0504D" w:themeColor="accent2"/>
      <w:spacing w:val="5"/>
      <w:u w:val="single"/>
    </w:rPr>
  </w:style>
  <w:style w:type="character" w:styleId="Titelvanboek">
    <w:name w:val="Book Title"/>
    <w:basedOn w:val="Standaardalinea-lettertype"/>
    <w:uiPriority w:val="33"/>
    <w:qFormat/>
    <w:rsid w:val="00FC693F"/>
    <w:rPr>
      <w:b/>
      <w:bCs/>
      <w:smallCaps/>
      <w:spacing w:val="5"/>
    </w:rPr>
  </w:style>
  <w:style w:type="paragraph" w:styleId="Kopvaninhoudsopgave">
    <w:name w:val="TOC Heading"/>
    <w:basedOn w:val="Kop1"/>
    <w:next w:val="Standaard"/>
    <w:uiPriority w:val="39"/>
    <w:semiHidden/>
    <w:unhideWhenUsed/>
    <w:qFormat/>
    <w:rsid w:val="00FC693F"/>
    <w:pPr>
      <w:outlineLvl w:val="9"/>
    </w:pPr>
  </w:style>
  <w:style w:type="table" w:styleId="Tabelraster">
    <w:name w:val="Table Grid"/>
    <w:basedOn w:val="Standaardtabe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chtearcering">
    <w:name w:val="Light Shading"/>
    <w:basedOn w:val="Standaardtabe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chtearcering-accent1">
    <w:name w:val="Light Shading Accent 1"/>
    <w:basedOn w:val="Standaardtabe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chtearcering-accent2">
    <w:name w:val="Light Shading Accent 2"/>
    <w:basedOn w:val="Standaardtabe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chtearcering-accent3">
    <w:name w:val="Light Shading Accent 3"/>
    <w:basedOn w:val="Standaardtabe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chtearcering-accent4">
    <w:name w:val="Light Shading Accent 4"/>
    <w:basedOn w:val="Standaardtabe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chtearcering-accent5">
    <w:name w:val="Light Shading Accent 5"/>
    <w:basedOn w:val="Standaardtabe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chtearcering-accent6">
    <w:name w:val="Light Shading Accent 6"/>
    <w:basedOn w:val="Standaardtabe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chtelijst">
    <w:name w:val="Light List"/>
    <w:basedOn w:val="Standaardtabe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chtelijst-accent1">
    <w:name w:val="Light List Accent 1"/>
    <w:basedOn w:val="Standaardtabe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chtelijst-accent2">
    <w:name w:val="Light List Accent 2"/>
    <w:basedOn w:val="Standaardtabe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chtelijst-accent3">
    <w:name w:val="Light List Accent 3"/>
    <w:basedOn w:val="Standaardtabe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chtelijst-accent4">
    <w:name w:val="Light List Accent 4"/>
    <w:basedOn w:val="Standaardtabe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chtelijst-accent5">
    <w:name w:val="Light List Accent 5"/>
    <w:basedOn w:val="Standaardtabe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chtelijst-accent6">
    <w:name w:val="Light List Accent 6"/>
    <w:basedOn w:val="Standaardtabe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chtraster">
    <w:name w:val="Light Grid"/>
    <w:basedOn w:val="Standaardtabe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chtraster-accent1">
    <w:name w:val="Light Grid Accent 1"/>
    <w:basedOn w:val="Standaardtabe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chtraster-accent2">
    <w:name w:val="Light Grid Accent 2"/>
    <w:basedOn w:val="Standaardtabe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chtraster-accent3">
    <w:name w:val="Light Grid Accent 3"/>
    <w:basedOn w:val="Standaardtabe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chtraster-accent4">
    <w:name w:val="Light Grid Accent 4"/>
    <w:basedOn w:val="Standaardtabe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chtraster-accent5">
    <w:name w:val="Light Grid Accent 5"/>
    <w:basedOn w:val="Standaardtabe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chtraster-accent6">
    <w:name w:val="Light Grid Accent 6"/>
    <w:basedOn w:val="Standaardtabe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Gemiddeldearcering1">
    <w:name w:val="Medium Shading 1"/>
    <w:basedOn w:val="Standaardtabe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Gemiddeldearcering1-accent1">
    <w:name w:val="Medium Shading 1 Accent 1"/>
    <w:basedOn w:val="Standaardtabe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Gemiddeldearcering1-accent2">
    <w:name w:val="Medium Shading 1 Accent 2"/>
    <w:basedOn w:val="Standaardtabe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Gemiddeldearcering1-accent3">
    <w:name w:val="Medium Shading 1 Accent 3"/>
    <w:basedOn w:val="Standaardtabe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Gemiddeldearcering1-accent4">
    <w:name w:val="Medium Shading 1 Accent 4"/>
    <w:basedOn w:val="Standaardtabe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Gemiddeldearcering1-accent5">
    <w:name w:val="Medium Shading 1 Accent 5"/>
    <w:basedOn w:val="Standaardtabe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Gemiddeldearcering1-accent6">
    <w:name w:val="Medium Shading 1 Accent 6"/>
    <w:basedOn w:val="Standaardtabe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Gemiddeldearcering2">
    <w:name w:val="Medium Shading 2"/>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1">
    <w:name w:val="Medium Shading 2 Accent 1"/>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2">
    <w:name w:val="Medium Shading 2 Accent 2"/>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3">
    <w:name w:val="Medium Shading 2 Accent 3"/>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4">
    <w:name w:val="Medium Shading 2 Accent 4"/>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5">
    <w:name w:val="Medium Shading 2 Accent 5"/>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6">
    <w:name w:val="Medium Shading 2 Accent 6"/>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lijst1">
    <w:name w:val="Medium List 1"/>
    <w:basedOn w:val="Standaardtabe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Gemiddeldelijst1-accent1">
    <w:name w:val="Medium List 1 Accent 1"/>
    <w:basedOn w:val="Standaardtabe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Gemiddeldelijst1-accent2">
    <w:name w:val="Medium List 1 Accent 2"/>
    <w:basedOn w:val="Standaardtabe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Gemiddeldelijst1-accent3">
    <w:name w:val="Medium List 1 Accent 3"/>
    <w:basedOn w:val="Standaardtabe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Gemiddeldelijst1-accent4">
    <w:name w:val="Medium List 1 Accent 4"/>
    <w:basedOn w:val="Standaardtabe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Gemiddeldelijst1-accent5">
    <w:name w:val="Medium List 1 Accent 5"/>
    <w:basedOn w:val="Standaardtabe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Gemiddeldelijst1-accent6">
    <w:name w:val="Medium List 1 Accent 6"/>
    <w:basedOn w:val="Standaardtabe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Gemiddeldelijst2">
    <w:name w:val="Medium List 2"/>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1">
    <w:name w:val="Medium List 2 Accent 1"/>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2">
    <w:name w:val="Medium List 2 Accent 2"/>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3">
    <w:name w:val="Medium List 2 Accent 3"/>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4">
    <w:name w:val="Medium List 2 Accent 4"/>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5">
    <w:name w:val="Medium List 2 Accent 5"/>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6">
    <w:name w:val="Medium List 2 Accent 6"/>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raster1">
    <w:name w:val="Medium Grid 1"/>
    <w:basedOn w:val="Standaardtabe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emiddeldraster1-accent1">
    <w:name w:val="Medium Grid 1 Accent 1"/>
    <w:basedOn w:val="Standaardtabe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emiddeldraster1-accent2">
    <w:name w:val="Medium Grid 1 Accent 2"/>
    <w:basedOn w:val="Standaardtabe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emiddeldraster1-accent3">
    <w:name w:val="Medium Grid 1 Accent 3"/>
    <w:basedOn w:val="Standaardtabe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emiddeldraster1-accent4">
    <w:name w:val="Medium Grid 1 Accent 4"/>
    <w:basedOn w:val="Standaardtabe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emiddeldraster1-accent5">
    <w:name w:val="Medium Grid 1 Accent 5"/>
    <w:basedOn w:val="Standaardtabe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emiddeldraster1-accent6">
    <w:name w:val="Medium Grid 1 Accent 6"/>
    <w:basedOn w:val="Standaardtabe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emiddeldraster2">
    <w:name w:val="Medium Grid 2"/>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emiddeldraster2-accent1">
    <w:name w:val="Medium Grid 2 Accent 1"/>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emiddeldraster2-accent2">
    <w:name w:val="Medium Grid 2 Accent 2"/>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emiddeldraster2-accent3">
    <w:name w:val="Medium Grid 2 Accent 3"/>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emiddeldraster2-accent4">
    <w:name w:val="Medium Grid 2 Accent 4"/>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emiddeldraster2-accent5">
    <w:name w:val="Medium Grid 2 Accent 5"/>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emiddeldraster2-accent6">
    <w:name w:val="Medium Grid 2 Accent 6"/>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emiddeldraster3">
    <w:name w:val="Medium Grid 3"/>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emiddeldraster3-accent1">
    <w:name w:val="Medium Grid 3 Accent 1"/>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emiddeldraster3-accent2">
    <w:name w:val="Medium Grid 3 Accent 2"/>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emiddeldraster3-accent3">
    <w:name w:val="Medium Grid 3 Accent 3"/>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emiddeldraster3-accent4">
    <w:name w:val="Medium Grid 3 Accent 4"/>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emiddeldraster3-accent5">
    <w:name w:val="Medium Grid 3 Accent 5"/>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emiddeldraster3-accent6">
    <w:name w:val="Medium Grid 3 Accent 6"/>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onkerelijst">
    <w:name w:val="Dark List"/>
    <w:basedOn w:val="Standaardtabe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onkerelijst-accent1">
    <w:name w:val="Dark List Accent 1"/>
    <w:basedOn w:val="Standaardtabe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onkerelijst-accent2">
    <w:name w:val="Dark List Accent 2"/>
    <w:basedOn w:val="Standaardtabe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onkerelijst-accent3">
    <w:name w:val="Dark List Accent 3"/>
    <w:basedOn w:val="Standaardtabe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onkerelijst-accent4">
    <w:name w:val="Dark List Accent 4"/>
    <w:basedOn w:val="Standaardtabe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onkerelijst-accent5">
    <w:name w:val="Dark List Accent 5"/>
    <w:basedOn w:val="Standaardtabe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onkerelijst-accent6">
    <w:name w:val="Dark List Accent 6"/>
    <w:basedOn w:val="Standaardtabe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Kleurrijkearcering">
    <w:name w:val="Colorful Shading"/>
    <w:basedOn w:val="Standaardtab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Kleurrijkearcering-accent1">
    <w:name w:val="Colorful Shading Accent 1"/>
    <w:basedOn w:val="Standaardtab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Kleurrijkearcering-accent2">
    <w:name w:val="Colorful Shading Accent 2"/>
    <w:basedOn w:val="Standaardtab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Kleurrijkearcering-accent3">
    <w:name w:val="Colorful Shading Accent 3"/>
    <w:basedOn w:val="Standaardtabe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Kleurrijkearcering-accent4">
    <w:name w:val="Colorful Shading Accent 4"/>
    <w:basedOn w:val="Standaardtabe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Kleurrijkearcering-accent5">
    <w:name w:val="Colorful Shading Accent 5"/>
    <w:basedOn w:val="Standaardtabe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Kleurrijkearcering-accent6">
    <w:name w:val="Colorful Shading Accent 6"/>
    <w:basedOn w:val="Standaardtabe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Kleurrijkelijst">
    <w:name w:val="Colorful List"/>
    <w:basedOn w:val="Standaardtabe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Kleurrijkelijst-accent1">
    <w:name w:val="Colorful List Accent 1"/>
    <w:basedOn w:val="Standaardtabe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Kleurrijkelijst-accent2">
    <w:name w:val="Colorful List Accent 2"/>
    <w:basedOn w:val="Standaardtabe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Kleurrijkelijst-accent3">
    <w:name w:val="Colorful List Accent 3"/>
    <w:basedOn w:val="Standaardtabe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Kleurrijkelijst-accent4">
    <w:name w:val="Colorful List Accent 4"/>
    <w:basedOn w:val="Standaardtabe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Kleurrijkelijst-accent5">
    <w:name w:val="Colorful List Accent 5"/>
    <w:basedOn w:val="Standaardtabe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Kleurrijkelijst-accent6">
    <w:name w:val="Colorful List Accent 6"/>
    <w:basedOn w:val="Standaardtabe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Kleurrijkraster">
    <w:name w:val="Colorful Grid"/>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Kleurrijkraster-accent1">
    <w:name w:val="Colorful Grid Accent 1"/>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Kleurrijkraster-accent2">
    <w:name w:val="Colorful Grid Accent 2"/>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Kleurrijkraster-accent3">
    <w:name w:val="Colorful Grid Accent 3"/>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Kleurrijkraster-accent4">
    <w:name w:val="Colorful Grid Accent 4"/>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Kleurrijkraster-accent5">
    <w:name w:val="Colorful Grid Accent 5"/>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Kleurrijkraster-accent6">
    <w:name w:val="Colorful Grid Accent 6"/>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Paginanummer">
    <w:name w:val="page number"/>
    <w:basedOn w:val="Standaardalinea-lettertype"/>
    <w:uiPriority w:val="99"/>
    <w:semiHidden/>
    <w:unhideWhenUsed/>
    <w:rsid w:val="00A842A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2D992076185A7E4F8ABF9A665BBB0D71" ma:contentTypeVersion="10" ma:contentTypeDescription="Een nieuw document maken." ma:contentTypeScope="" ma:versionID="da25493984af68df779bc6cbf7f83ef9">
  <xsd:schema xmlns:xsd="http://www.w3.org/2001/XMLSchema" xmlns:xs="http://www.w3.org/2001/XMLSchema" xmlns:p="http://schemas.microsoft.com/office/2006/metadata/properties" xmlns:ns2="04d9e5b4-2a56-43bb-a28f-d9ba8ed15bab" targetNamespace="http://schemas.microsoft.com/office/2006/metadata/properties" ma:root="true" ma:fieldsID="984eb538841cfd03cdae7c3e42b2d753" ns2:_="">
    <xsd:import namespace="04d9e5b4-2a56-43bb-a28f-d9ba8ed15ba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4d9e5b4-2a56-43bb-a28f-d9ba8ed15ba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Afbeeldingtags" ma:readOnly="false" ma:fieldId="{5cf76f15-5ced-4ddc-b409-7134ff3c332f}" ma:taxonomyMulti="true" ma:sspId="4931c1f6-98ed-4572-9b95-46e61c7575a5"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04d9e5b4-2a56-43bb-a28f-d9ba8ed15bab">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69FAD202-297A-4DEF-B936-16B534D1E36B}">
  <ds:schemaRefs>
    <ds:schemaRef ds:uri="http://schemas.microsoft.com/sharepoint/v3/contenttype/forms"/>
  </ds:schemaRefs>
</ds:datastoreItem>
</file>

<file path=customXml/itemProps2.xml><?xml version="1.0" encoding="utf-8"?>
<ds:datastoreItem xmlns:ds="http://schemas.openxmlformats.org/officeDocument/2006/customXml" ds:itemID="{854FFAD2-DED4-4317-A974-9611F17A9E7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4d9e5b4-2a56-43bb-a28f-d9ba8ed15ba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4.xml><?xml version="1.0" encoding="utf-8"?>
<ds:datastoreItem xmlns:ds="http://schemas.openxmlformats.org/officeDocument/2006/customXml" ds:itemID="{5B4C799B-5EF8-48CB-B163-7DA9E1EABC88}">
  <ds:schemaRefs>
    <ds:schemaRef ds:uri="http://schemas.microsoft.com/office/2006/metadata/properties"/>
    <ds:schemaRef ds:uri="http://schemas.microsoft.com/office/infopath/2007/PartnerControls"/>
    <ds:schemaRef ds:uri="04d9e5b4-2a56-43bb-a28f-d9ba8ed15bab"/>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4</Pages>
  <Words>1106</Words>
  <Characters>6487</Characters>
  <Application>Microsoft Office Word</Application>
  <DocSecurity>0</DocSecurity>
  <Lines>175</Lines>
  <Paragraphs>120</Paragraphs>
  <ScaleCrop>false</ScaleCrop>
  <Manager/>
  <Company/>
  <LinksUpToDate>false</LinksUpToDate>
  <CharactersWithSpaces>7473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Gertjan Kooij</cp:lastModifiedBy>
  <cp:revision>12</cp:revision>
  <dcterms:created xsi:type="dcterms:W3CDTF">2026-10-02T08:24:00Z</dcterms:created>
  <dcterms:modified xsi:type="dcterms:W3CDTF">2026-10-02T08:42:00Z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0x0101002D992076185A7E4F8ABF9A665BBB0D71</vt:lpwstr>
  </property>
</Properties>
</file>